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5Sa/21/2019 z 14. 1. 2020</w:t>
      </w:r>
    </w:p>
    <w:p>
      <w:r>
        <w:t>Uznesenie Krajského súdu Prešov z 14. januára 2020, sp. zn. 5Sa/21/2019, ECLI:SK:KSPO:2020:8019200367.2</w:t>
      </w:r>
    </w:p>
    <w:p>
      <w:r>
        <w:t>Súd: Krajský súd Prešov</w:t>
      </w:r>
    </w:p>
    <w:p>
      <w:r>
        <w:t>Spisová značka: 5Sa/21/2019</w:t>
      </w:r>
    </w:p>
    <w:p>
      <w:r>
        <w:t>ECLI: ECLI:SK:KSPO:2020:8019200367.2</w:t>
      </w:r>
    </w:p>
    <w:p>
      <w:r>
        <w:t>Dátum vydania: 14. 1. 2020</w:t>
      </w:r>
    </w:p>
    <w:p>
      <w:r>
        <w:t>Forma: Uznesenie</w:t>
      </w:r>
    </w:p>
    <w:p>
      <w:pPr>
        <w:pStyle w:val="Heading2"/>
      </w:pPr>
      <w:r>
        <w:t>Text rozhodnutia</w:t>
      </w:r>
    </w:p>
    <w:p>
      <w:r>
        <w:t>Súd: Krajský súd Prešov Spisová značka: 5Sa/21/2019 Identifikačné číslo súdneho spisu: 8019200367 Dátum vydania rozhodnutia: 15. 01. 2020 Meno a priezvisko sudcu, VSÚ: JUDr. Eva Sláviková ECLI: ECLI:SK:KSPO:2020:8019200367.2 Uznesenie Krajský súd v Prešove v právnej veci žalobcu M. E., bytom Q. XXX/XXX, U. proti žalovanej Sociálnej poisťovni, ústredie, ul. 29. augusta 8, Bratislava, v konaní o správnej žalobe v sociálnych veciach, o preskúmanie zákonnosti rozhodnutia a postupu žalovanej číslo: XXX XXX XXXX X zo dňa 17. apríla 2019 takto r o z h o d o l : Konanie z a s t a v u j e. Žiaden z účastníkov n e m á p r á v o na náhradu trov konania. Po právoplatnosti tohto uznesenia správny súd uznesením postúpi vec na rozhodnutie generálnemu riaditeľovi Sociálnej poisťovne. o d ô v o d n e n i e : 1. Tunajšiemu súdu bolo dňa 31.05.2019 doručené odvolanie M. E. proti rozhodnutiu Sociálnej poisťovne, ústredie, číslo: XXX XXX XXXX X zo dňa 17.4.2019, ktorým bola podľa § 70 a § 71 zákona č. 461/2003 z. z. o sociálnom poistení zamietnutá jeho žiadosť o invalidný dôchodok z 13.3.2019. 2. V odvolaní uviedol, že pri zamietnutí jeho žiadosti zo dňa 13.3.2019 neboli posudkovým lekárom Sociálnej poisťovne zohľadnené všetky rozhodujúce skutočnosti, pričom poukázal na svoje zdravotné problémy a diagnózy. Navrhol preskúmať vec na základe tohto odvolania. 3. K tomuto odvolaniu priložil rozhodnutie Sociálnej poisťovne ústredie č. XXX XXX XXXX X zo dňa 17.4.2019, ktorým bola jeho žiadosť o invalidný dôchodok z 13.3.2019 zamietnutá. V tomto rozhodnutí bol poučený, že proti nemu možno podať odvolanie v lehote 30 dní od jeho doručenia Sociálnej poisťovni ústredie alebo pobočke Sociálnej poisťovne s tým, že odvolanie nemá odkladný účinok. 4. Správne súdnictvo je upravené zákonom č. 162/2015 Z.z. Správny súdny poriadok (ďalej len SSP), ktorý nadobudol účinnosť dňa 1.7.2016. 5. Podľa § 179 ods. 1 zákona č. 461/2003 Z. z. o sociálnom poistení do pôsobnosti ústredia patrí a) rozhodovať v prvom stupni 1. o dôchodkových dávkach, o zvyšovaní príplatku za štátnu službu k dôchodku podľa osobitného predpisu, o úrazovej rente a o pozostalostnej úrazovej rente; 6. Podľa § 13 ods. 2 písm. b) bod 1. tohto zákona z dôchodkového poistenia sa za podmienok ustanovených týmto zákonom poskytujú dôchodkové dávky, a to z invalidného poistenia invalidný dôchodok. 7. V tejto veci rozhodovalo ústredie vo veci dôchodkovej dávky, teda v prvom stupni. 8. Podľa § 215 ods. 4 zákona č. 461/2003 Z. z. o sociálnom poistení o odvolaní proti rozhodnutiu ústredia rozhoduje generálny riaditeľ. 9. Z uvedenej situácie v spojení s § 215 ods. 4 zákona potom vyplýva, že o odvolaní M. E. proti rozhodnutiu Sociálnej poisťovne ústredie zo dňa 17.4.2019 má rozhodovať generálny riaditeľ Sociálnej poisťovne, teda konanie o tomto odvolaní nepatrí do právomoci súdov. 10. Podľa § 18 ods. 1 SSP ak správny súd zistí, že vec nepatrí do právomoci súdov, konanie zastaví; ak možno zistiť iný orgán, do ktorého právomoci vec patrí, správny súd mu vec po zastavení konania uznesením postúpi. 11. Na základe hore uvedených skutočností správny súd, keďže vec nepatrí do právomoci súdu, konanie zastavil. 12. Po právoplatnosti tohto uznesenia bude vec postúpená na konanie a rozhodnutie generálnemu riaditeľovi Sociálnej poisťovne. 13. O trovách konania rozhodol podľa § 170 písm. b) SSP, podľa ktorého žiaden z účastníkov konania nemá právo na náhradu trov konania, ak konanie bolo zastavené. Poučenie: Proti tomuto uzneseniu je prípustná kasačná sťažnosť, a to v lehote jedného mesiaca od doručenia rozhodnutia, na Krajskom súde v Prešove.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https://www.kauzis.sk/judikatura/r/ECLI:SK:KSPO:2020:8019200367.2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