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Trenčín sp. zn. 12Sd/199/2011 z 18. 1. 2012</w:t>
      </w:r>
    </w:p>
    <w:p>
      <w:r>
        <w:t>Opravné uznesenie Krajského súdu Trenčín z 18. januára 2012, sp. zn. 12Sd/199/2011, ECLI:SK:KSTN:2012:3011200537.2</w:t>
      </w:r>
    </w:p>
    <w:p>
      <w:r>
        <w:t>Súd: Krajský súd Trenčín</w:t>
      </w:r>
    </w:p>
    <w:p>
      <w:r>
        <w:t>Spisová značka: 12Sd/199/2011</w:t>
      </w:r>
    </w:p>
    <w:p>
      <w:r>
        <w:t>ECLI: ECLI:SK:KSTN:2012:3011200537.2</w:t>
      </w:r>
    </w:p>
    <w:p>
      <w:r>
        <w:t>Dátum vydania: 18. 1.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Trenčín Spisová značka: 12Sd/199/2011 Identifikačné číslo súdneho spisu: 3011200537 Dátum vydania rozhodnutia: 19. 01. 2012 Meno a priezvisko sudcu, VSÚ: JUDr. Juraj Florovič ECLI: ECLI:SK:KSTN:2012:3011200537.2 Opravné uznesenie Krajský súd v Trenčíne v právnej veci navrhovateľa: S. F., bytom M. D., S. K. XXX/XX proti odporcovi : Sociálna poisťovňa - ústredie v Bratislave, Ul. 29. augusta č. 8, Bratislava o preskúmanie rozhodnutia odporcu č. XXX XXX XXXX zo dňa 9. decembra 2010, takto r o z h o d o l : V záhlaví uznesenia Krajského súdu v Trenčíne zo dňa 8. decembra 2011 uvedená navrhovateľka S. F. sa opravuje na: S. F.. V ostatných častiach zostáva rozhodnutie nezmenené. o d ô v o d n e n i e : Pri vyhotovení písomného rozhodnutia došlo k chybe v písaní, keď v záhlaví uznesenia Krajského súdu v Trenčíne zo dňa 8. decembra 2011 č. k. 12Sd 199/2011-27, ktorým súd zastavil konanie o preskúmanie rozhodnutia odporkyne bola uvedená ako navrhovateľka S. F.. Správne mala byť ako navrhovateľka uvedená S. F.. Podľa § 164 O.s.p. súd kedykoľvek aj bez návrhu opraví v rozsudku chyby v písaní a počítaní, ako aj iné zrejmé nesprávnosti. O oprave vydá opravné uznesenie, ktoré doručí účastníkom. Vzhľadom na hore uvedené skutočnosti a citované zákonné ustanovenia rozhodol krajský súd tak, ako je uvedené vo výrokovej časti tohto rozhodnutia. Poučenie: Proti tomuto rozhodnutiu možno podať odvolanie do 15 dní odo dňa doručenia na Najvyšší súd Slovenskej republiky prostredníctvom Krajského súdu v Trenčíne,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https://www.kauzis.sk/judikatura/r/ECLI:SK:KSTN:2012:3011200537.2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