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15Sd/200/2011 z 19. 8. 2012</w:t>
      </w:r>
    </w:p>
    <w:p>
      <w:r>
        <w:t>Uznesenie Krajského súdu Trenčín z 19. augusta 2012, sp. zn. 15Sd/200/2011, ECLI:SK:KSTN:2012:3011200541.2</w:t>
      </w:r>
    </w:p>
    <w:p>
      <w:r>
        <w:t>Súd: Krajský súd Trenčín</w:t>
      </w:r>
    </w:p>
    <w:p>
      <w:r>
        <w:t>Spisová značka: 15Sd/200/2011</w:t>
      </w:r>
    </w:p>
    <w:p>
      <w:r>
        <w:t>ECLI: ECLI:SK:KSTN:2012:3011200541.2</w:t>
      </w:r>
    </w:p>
    <w:p>
      <w:r>
        <w:t>Dátum vydania: 19. 8. 2012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Trenčín Spisová značka: 15Sd/200/2011 Identifikačné číslo súdneho spisu: 3011200541 Dátum vydania rozhodnutia: 20. 08. 2012 Meno a priezvisko sudcu, VSÚ: JUDr. Elena Zaťková ECLI: ECLI:SK:KSTN:2012:3011200541.2</w:t>
      </w:r>
    </w:p>
    <w:p>
      <w:r>
        <w:t>Uznesenie Krajský súd v Trenčíne v právnej veci navrhovateľky L. M., bytom H., E. č. XX proti odporcovi Sociálnej poisťovni-ústredie v Bratislave, Ul. 29.augusta č. 8, Bratislava, o preskúmanie rozhodnutia odporcu č. XXX XXX XXXX 0 zo dňa 16. mája 2011 a č. XXX XXX XXXX 0 zo dňa 30. júna 2011, takto</w:t>
      </w:r>
    </w:p>
    <w:p>
      <w:r>
        <w:t>r o z h o d o l :</w:t>
      </w:r>
    </w:p>
    <w:p>
      <w:r>
        <w:t>Súd konanie o preskúmanie rozhodnutia odporcu č. XXX XXX XXXX X zo dňa 16. mája 2011 a č. XXX XXX XXXX X zo dňa 30. júna 2011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Tunajšiemu súdu bol dňa 19. augusta 2011 doručený prostredníctvom Sociálnej poisťovne-ústredie v Bratislave návrh navrhovateľky na preskúmanie rozhodnutia odporcu č. XXX XXX XXXX X zo dňa 16. mája 2011, ktorým jej bol od 11. apríla 2011 priznaný vznik nároku na invalidný dôchodok v sume 186,50 Eur mesačne podľa § 70 ods.1 a § 82 zákona č. 461/2003 Z.z. o sociálnom poistení v znení neskorších predpisov. Zároveň jej bolo priznané vyplácanie invalidného dôchodku až po zániku nároku na nemocenské podľa § 80 zákona č. 461/2003 Z.z. o sociálnom poistení v znení neskorších predpisov.</w:t>
      </w:r>
    </w:p>
    <w:p>
      <w:r>
        <w:t>Navrhovateľka v priebehu konania vyjadrila nesúhlas s rozhodnutím odporcu č. XXX XXX XXXX X zo dňa 30. júna 2011, ktorým jej bol od 1. júna 2011 priznaný invalidný dôchodok v sume 186,50 Eur mesačne podľa § 70 ods.1 a § 82 zákona č.461/2003 Z.z. o sociálnom poistení v znení neskorších predpisov. Zároveň jej bol priznaný vznik nároku na invalidný dôchodku od 11. apríla 2011 s priznaním invalidného dôchodku od 1. júna 2011 podľa § 80 zákona č. 461/2003 Z.z. o sociálnom poistení v znení neskorších predpisov.</w:t>
      </w:r>
    </w:p>
    <w:p>
      <w:r>
        <w:t>Po otvorení pojednávania na Krajskom súde v Trenčíne dňa 20. augusta 2012 navrhovateľka vzala späť návrh na preskúmanie rozhodnutia a žiadala aby sa konanie v tejto veci pred krajským súdom právoplatne zastavilo.</w:t>
      </w:r>
    </w:p>
    <w:p>
      <w:r>
        <w:t>Zástupca odporcu nemal námietky proti späťvzatiu návrhu na preskúmanie rozhodnutia a súhlasil s právoplatným zastavím konania.</w:t>
      </w:r>
    </w:p>
    <w:p>
      <w:r>
        <w:t>Podľa § 250l ods. 2 O.s.p. pokiaľ v tejto hlave nie je ustanovené inak, použije sa primerane ustanovenie druhej hlavy s výnimkou § 250a.</w:t>
      </w:r>
    </w:p>
    <w:p>
      <w:r>
        <w:t>Podľa § 250d ods. 3 O.s.p. súd uznesením konanie zastaví, ak žaloba bola vzatá späť (§ 250h ods. 2).</w:t>
      </w:r>
    </w:p>
    <w:p>
      <w:r>
        <w:t>Podľa § 250h ods. 2 O.s.p. až do rozhodnutia súdu môže žalobca vziať žalobu späť; ak žalovanému medzitým vznikli trovy konania, rozhodne súd o ich náhrade.</w:t>
      </w:r>
    </w:p>
    <w:p>
      <w:r>
        <w:t>Vzhľadom k späťvzatiu návrhu navrhovateľkou na preskúmanie napadnutého rozhodnutia súd s poukazom na ustanovenie § 250d ods. 3 a § 250h ods. 2 O.s.p., konanie zastavil.</w:t>
      </w:r>
    </w:p>
    <w:p>
      <w:r>
        <w:t>Pokiaľ ide o trovy konania, osobitná časť O.s.p. o správnom súdnictve neobsahuje špeciálne ustanovenia o trovách konania v prípade zastavenia konania z dôvodu späťvzatia návrhu na začatie konania. Súd preto s poukazom na § 246c O.s.p. o trovách konania rozhodol podľa § 146 ods. l písm. c/ O.s.p., podľa ktorého žiaden z účastníkov nemá právo na náhradu trov konania podľa jeho výsledku, ak bolo konanie zastavené.</w:t>
      </w:r>
    </w:p>
    <w:p>
      <w:r>
        <w:t>Poučenie:</w:t>
      </w:r>
    </w:p>
    <w:p>
      <w:r>
        <w:t>Proti tomuto rozhodnutiu odvolanie nie je prípustné, pretože obaja účastníci</w:t>
      </w:r>
    </w:p>
    <w:p>
      <w:r>
        <w:t>konania sa po jeho vyhlásení vzdali práva podať odvolanie. (§ 207ods.1 a 2 O.s.p.).</w:t>
      </w:r>
    </w:p>
    <w:p/>
    <w:p>
      <w:r>
        <w:t>Zdroj: KAUZIS.SK – https://www.kauzis.sk/judikatura/r/ECLI:SK:KSTN:2012:3011200541.2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