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12Sd/187/2012 z 20. 11. 2012</w:t>
      </w:r>
    </w:p>
    <w:p>
      <w:r>
        <w:t>Uznesenie Krajského súdu Trenčín z 20. novembra 2012, sp. zn. 12Sd/187/2012, ECLI:SK:KSTN:2012:3012200532.2</w:t>
      </w:r>
    </w:p>
    <w:p>
      <w:r>
        <w:t>Súd: Krajský súd Trenčín</w:t>
      </w:r>
    </w:p>
    <w:p>
      <w:r>
        <w:t>Spisová značka: 12Sd/187/2012</w:t>
      </w:r>
    </w:p>
    <w:p>
      <w:r>
        <w:t>ECLI: ECLI:SK:KSTN:2012:3012200532.2</w:t>
      </w:r>
    </w:p>
    <w:p>
      <w:r>
        <w:t>Dátum vydania: 20.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12Sd/187/2012 Identifikačné číslo súdneho spisu: 3012200532 Dátum vydania rozhodnutia: 21. 11. 2012 Meno a priezvisko sudcu, VSÚ: JUDr. Juraj Florovič ECLI: ECLI:SK:KSTN:2012:3012200532.2 Uznesenie Krajský súd v Trenčíne v právnej veci navrhovateľky: H. D., bytom P. XXX/XX, G. S., proti odporkyni Sociálnej poisťovni - ústredie v Bratislave, Ul. 29. augusta č. 8, Bratislava, o invalidný dôchodok, takto r o z h o d o l : Krajský súd konanie vo veci z a s t a v u j e. Žiaden z účastníkov nemá právo na náhradu trov konania. o d ô v o d n e n i e : Navrhovateľka dňa 21. júla 2012 doručené súdu 20. júla 2012 podala odvolanie (opravný prostriedok) proti rozhodnutiu Sociálnej poisťovne, - ústredie Bratislava č. XXX XXX XXXX X zo dňa 31. augusta 2012, ktorým bolo prerušené konanie o žiadosti o invalidný dôchodok z dôvodu zisťovania dôb poistenia v Českej republike. Z vyjadrenia odporkyne zo dňa 22. októbra 2012 a dávkového spisu vyplýva, že rozhodnutie o dôchodkovej dávke, ktoré je preskúmateľné súdom odporkyňa vydala dňa 12. septembra 2012 , ktorým navrhovateľke zamietla žiadosť o invalidný dôchodok z dôvodu nesplnenia potrebného počtu rokov dôchodkového poistenia. Následne dňa 29. októbra 2012 vydala zmenové rozhodnutie, ktorým navrhovateľke od 2. marca 2012 priznala invalidný dôchodok vo výške 103 Eur. Z vyššie uvedeného vyplýva, že opravný prostriedok bol podaný voči procesnému rozhodnutiu odporkyne, voči ktorému nie je prípustné odvolanie. Iné podania spisový materiál tunajšieho súdu neobsahuje, teda nejedná sa o nový návrh navrhovateľky na preskúmanie rozhodnutia odporcu. Z tohto dôvodu je zrejmé, že proti rozhodnutiu správneho orgánu vo veci dôchodkovej dávky nebol podaný opravný prostriedok a súd nemôže začať preskúmavacie konanie. Podľa § 250m ods.1 O.s.p. konanie sa začína na návrh, ktorým je opravný prostriedok proti rozhodnutiu správneho orgánu. Podľa § 250m ods.2 veta prvá O.s.p. návrh sa podáva na príslušnom súde v lehote tridsiatich dní od doručenia rozhodnutia, pokiaľ osobitný zákon neustanovuje niečo iné. Podľa § 250m ods.3 O.s.p. účastníkmi konania sú tí, ktorí nimi sú v konaní na správnom orgáne, a správny orgán, ktorého rozhodnutie sa preskúmava. Podľa § 103 O.s.p. kedykoľvek za konania prihliada súd na to, či sú splnené podmienky konania, za ktorých môže konať vo veci (podmienky konania). Podľa § 104 ods.1 veta prvá O.s.p., ak ide o taký nedostatok podmienky konania, ktorý nemožno odstrániť, súd konanie zastaví. Vzhľadom na horeuvedené skutočnosti a citované zákonné ustanovenia rozhodol krajský súd tak, ako je to uvedené vo výrokovej časti tohto rozhodnutia. O trovách konania súd rozhodol v zmysle § 146 ods.1 písm.c/ a § 246c O.s.p. Poučenie: Proti tomuto rozhodnutiu možno podať odvolanie do 15 dní odo dňa doručenia na Najvyšší súd Slovenskej republiky prostredníctvom Krajského súdu v Trenčíne, písomne, v dvoch vyhotoveniach. Podľa § 42 ods.3 a § 205 ods.1 O.s.p. odvolanie musí mať tieto náležitosti: ktorému súdu je určené, kto ho robí, ktorej veci sa týka a čo sleduje, musí byť podpísané s uvedením dátumu vyhotovenia odvolania, proti ktorému rozhodnutiu súdu smeruje, v akom rozsahu rozhodnutie napáda, v čom sa toto rozhodnutie alebo postup súdu považuje za nesprávny a čoho sa odvolateľ domáha.</w:t>
      </w:r>
    </w:p>
    <w:p/>
    <w:p>
      <w:r>
        <w:t>Zdroj: KAUZIS.SK – https://www.kauzis.sk/judikatura/r/ECLI:SK:KSTN:2012:3012200532.2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