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Trenčín sp. zn. 17Co/253/2012 z 4. 9. 2012</w:t>
      </w:r>
    </w:p>
    <w:p>
      <w:r>
        <w:t>Rozsudok Krajského súdu Trenčín z 4. septembra 2012, sp. zn. 17Co/253/2012, ECLI:SK:KSTN:2012:3110216062.2</w:t>
      </w:r>
    </w:p>
    <w:p>
      <w:r>
        <w:t>Súd: Krajský súd Trenčín</w:t>
      </w:r>
    </w:p>
    <w:p>
      <w:r>
        <w:t>Spisová značka: 17Co/253/2012</w:t>
      </w:r>
    </w:p>
    <w:p>
      <w:r>
        <w:t>ECLI: ECLI:SK:KSTN:2012:3110216062.2</w:t>
      </w:r>
    </w:p>
    <w:p>
      <w:r>
        <w:t>Dátum vydania: 4. 9. 2012</w:t>
      </w:r>
    </w:p>
    <w:p>
      <w:r>
        <w:t>Forma: Rozsudok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Trenčín Spisová značka: 17Co/253/2012 Identifikačné číslo súdneho spisu: 3110216062 Dátum vydania rozhodnutia: 05. 09. 2012 Meno a priezvisko sudcu, VSÚ: JUDr. Erika Zajacová ECLI: ECLI:SK:KSTN:2012:3110216062.2</w:t>
      </w:r>
    </w:p>
    <w:p>
      <w:r>
        <w:t>ROZSUDOK V MENE SLOVENSKEJ REPUBLIKY</w:t>
      </w:r>
    </w:p>
    <w:p>
      <w:r>
        <w:t>Krajský súd v Trenčíne v senáte zloženom z predsedníčky senátu JUDr. Eriky Zajacovej a sudcov JUDr. Emílie Zimovej a JUDr. Gabriely Janákovej v právnej veci navrhovateľa L. L., bytom M. R., T. B. XXX/ XX, právne zastúpený T.. T. C., J., so sídlom A., M.. P.. J. XX/XX proti odporcovi R. V. (U..), P., so sídlom R. M. F., U. XXXX/X, I.: XX XXX XXX, právne zastúpený P., P. &amp; U., P., so sídlom Q., R. D. X, I.: XX XXX XXX, o určenie neplatnosti skončenia pracovného pomeru, na odvolanie odporcu proti rozsudku Okresného súdu Trenčín zo dňa 15. mája 2012, č.k. 15C/130/2010-111, jednohlasne takto</w:t>
      </w:r>
    </w:p>
    <w:p>
      <w:r>
        <w:t>r o z h o d o l :</w:t>
      </w:r>
    </w:p>
    <w:p>
      <w:r>
        <w:t>Odvolací súd rozsudok súdu prvého stupňa p o t v r d z u j e .</w:t>
      </w:r>
    </w:p>
    <w:p>
      <w:r>
        <w:t>Odporca j e p o v i n n ý zaplatiť navrhovateľovi náhradu trov odvolacieho konania v sume 79,58 Eur, do troch dní od právoplatnosti tohto rozsudku, k rukám T.. T. C., J..</w:t>
      </w:r>
    </w:p>
    <w:p>
      <w:r>
        <w:t>o d ô v o d n e n i e :</w:t>
      </w:r>
    </w:p>
    <w:p>
      <w:r>
        <w:t>Napadnutým rozsudkom súd prvého stupňa určil, že výpoveď z pracovného pomeru daná navrhovateľovi listom odporcu zo dňa 24.03.2010 je neplatná a pracovný pomer navrhovateľa u odporcu založený pracovnou zmluvou zo dňa 01.04.2008 naďalej trvá. Odporcu zaviazal zaplatiť navrhovateľovi náhradu trov konania v sume 517,13 Eur, k rukám T.. T. C., J., do 3 dní od právoplatnosti tohto rozsudku. Súd prvého stupňa po právnej stránke svoje rozhodnutie odôvodnil ust. § 40 ods. 8, § 63 ods. 1 písm. c/, § 66, § 77, § 79 Zákonníka práce, kedy v konaní bolo preukázané, že navrhovateľ bol u odporcu zamestnaný v pracovnom pomere na dobu neurčitú pre druh práce prípravár. Z pracovného pomeru mu dal odporca písomnú výpoveď z dôvodu podľa § 63 ods. 1 písm. c/ Zákonníka práce, pretože navrhovateľ mal podľa lekárskeho posudku, vzhľadom na svoj zdravotný stav dlhodobo stratil spôsobilosť na výkon doterajšej práce. Navrhovateľ s danou výpoveďou nesúhlasil, čo odporcovi ako svojmu zamestnávateľovi oznámil a zároveň ho vyzval na prideľovanie práce v zmysle pracovnej zmluvy. V lehote stanovenej § 77 Zákonníka práce, uplatnil navrhovateľ svoje právo na určenie neplatnosti uvedeného skončenia pracovného pomeru na súde. Súd sa v prvom rade zaoberal otázkou, či odporca ako zamestnávateľ potreboval predchádzajúci súhlas s výpoveďou z pracovného pomeru danou navrhovateľovi a či mu bol takýto súhlas daný. V konaní bolo preukázané, že navrhovateľ bol predtým, ako mu bola daná zo strany odporcu výpoveď z pracovného pomeru uznaný za invalidného s výslednou mierou poklesu schopnosti vykonávať zárobkovú činnosť 50%, a to s účinnosťou od 02.12.2009. O tejto skutočnosti preukázateľne odporca ako zamestnávateľ mal vedomosť z potvrdenia Sociálnej poisťovne zo dňa 11.12.2009, ktoré mu navrhovateľ doručil. Uvedené skutočnosti postačujú podľa súdu na to, aby bol navrhovateľ pokladaný za zamestnanca so zdravotným postihnutím. Ustanovenie § 40 ods. 8 Zákonníka práce vyžaduje výslovne ako podmienku takéhoto posúdenia doručenie rozhodnutia o dôchodku zamestnávateľovi a navrhovateľ nepreukázal, že by takéto rozhodnutie odporcovi doručil, trvať na doručení tohto rozhodnutia v danom prípade by bolo podľa súdu príliš formalistické až šikanózne. Toto ustanovenie predstavuje len vymedzenie pojmu zamestnanec so zdravotným postihnutím pre účely</w:t>
      </w:r>
    </w:p>
    <w:p>
      <w:r>
        <w:t>Zákonníka práce a nemalo by byť použité spôsobom, ktorý obmedzuje alebo úplne znemožňuje ochranu zamestnanca so zdravotným postihnutím. Za situácie, kedy je zamestnanec uznaný invalidným a svojmu zamestnávateľovi doručí potvrdenie Sociálnej poisťovne o tejto skutočnosti, pričom práve Sociálna poisťovňa je tým orgánom, ktorý jediný môže priznať invalidný dôchodok, musí byť podľa súdu takýto zamestnanec považovaný za zamestnanca so zdravotným postihnutím. V tomto zmysle bol navrhovateľ zamestnancom so zdravotným postihnutím, aj keď odporcovi, teda zamestnávateľovi nedoručil priamo rozhodnutie o invalidnom dôchodku. Keďže navrhovateľ bol zamestnancom so zdravotným postihnutím, bolo podľa § 66 Zákonníka práce povinnosťou odporcu ako zamestnávateľa vyžiadať si predchádzajúci súhlas príslušného úradu práce s výpoveďou, ktorú hodlal dať navrhovateľovi z pracovného pomeru. O takýto súhlas odporca nežiadal. Výpoveď z pracovného pomeru daná navrhovateľovi listom odporcu zo dňa 24.03.2010 je preto pre rozpor s § 66 Zákonníka práce neplatná. Preto súd návrhu vyhovel a rozhodol tak ako je uvedené vo výroku rozsudku. O trovách konania bolo rozhodnuté podľa § 142 ods. 1 a úspešnému navrhovateľovi boli priznané trovy konania v sume 517,13 Eur za trovy právneho zastúpenia, vrátane režijného paušálu a dane z pridanej hodnoty. Súd nepriznal navrhovateľovi náhradu trov právneho zastúpenia za úkon písomné doplnenie vyjadrenia k odvolaniu, pretože tieto trovy nepokladal za účelne vynaložené.</w:t>
      </w:r>
    </w:p>
    <w:p>
      <w:r>
        <w:t>Proti tomuto rozsudku podal včas odvolanie odporca, ktorý žiadal, aby krajský súd ako súd odvolací napadnutý rozsudok súdu prvého stupňa zmenil tak, že návrh zamietne a zaviaže navrhovateľa k náhrade trov konania. Poukazoval na tú skutočnosť, že z ust. § 40 ods. 8 Zákonníka práce vyplýva, že zamestnanec so zdravotným postihnutím je zamestnanec, ktorý bol uznaný za invalidného podľa osobitného predpisu a ktorý svojmu zamestnávateľovi predložil rozhodnutie o invalidnom dôchodku. Z tohto ustanovenia je zrejmé, že na to, aby bolo možné považovať zamestnanca za zamestnanca so zdravotným postihnutím, musia byť súčasne a kumulatívne splnené dve podmienky, a to, že zamestnanec musí byť uznaný za invalidného podľa osobitného predpisu a tiež to, že zamestnanec musí takéto rozhodnutie o invalidnom dôchodku predložiť zamestnávateľovi. Uviedli, že nepopierajú tú skutočnosť, že navrhovateľ bol uznaný za invalidného podľa osobitného predpisu, avšak rozhodnutie o invalidnom dôchodku pred daním a ani v čase dania výpovede odporcovi nepredložil. Vyslovili presvedčenie o tom, že odporca nemal dôvod považovať navrhovateľa za osobu so zdravotným postihnutím, a preto neexistoval dôvod na to, aby musel žiadať príslušný úrad práce, sociálnych vecí a rodiny o súhlas v zmysle § 66 Zákonníka práce. Navrhovateľ nepredložil odporcovi rozhodnutie, ktoré výslovne vyžaduje zákon. Nesprávnosť napadnutého rozhodnutia teda videli v tom, že súd vec nesprávne právne posúdil, a to tým, že síce vychádzal zo správneho skutkového zistenia, že navrhovateľ nepredložil odporcovi rozhodnutie o invalidnom dôchodku, avšak vyvodil z neho nesprávny právny záver, že odporca bol povinný pred výpoveďou navrhovateľovi žiadať úrad práce o predchádzajúci súhlas. Preto súd nesprávne aplikoval ust. § 40 Zákonníka práce na zistený skutkový stav, neaplikoval ust. § 63 ods. 1 Zákonníka práce a neuznal výpovedný dôvod, a to aj napriek tomu, že zo zisteného stavu je nepochybné, že dôvod na skončenie pracovného pomeru výpoveďou bol v súlade s § 63 ods. 1 Zákonníka práce daný. Uviedol, že predloženie oznámenia zo Sociálne poisťovne nie je možné považovať za predloženie rozhodnutia, ktoré vyžaduje zákon. V zmysle zákona o sociálnom poistení, takéto oznámenie nespĺňa obsahové a formálne náležitosti a takisto nie je rozhodnutím, ktoré vyžaduje Zákonník práce. Vyslovil presvedčenie, že odporca postupoval správne a na základe lekárskeho posudku vydaného oprávnenou osobou ukončil pracovný pomer výpoveďou v zmysle § 63 ods. 1 písm. c/ Zákonníka práce.</w:t>
      </w:r>
    </w:p>
    <w:p>
      <w:r>
        <w:t>K podanému odvolaniu sa písomne vyjadril navrhovateľ, ktorý žiadal rozsudok súdu prvého stupňa ako vecne správny potvrdiť. Uviedol, že vykonaným dokazovaním bolo nepochybne preukázané, že navrhovateľ bol v čase pred daním výpovede zamestnancom so zdravotným postihnutím, a preto hmotnoprávnou podmienkou výpovede z pracovného pomeru bol predchádzajúci súhlas príslušného úradu práce. V konaní bolo preukázané, že takýto súhlas vydaný nebol. Námietka odporcu, že tak nebolo potrebné v tomto prípade urobiť založená na tom, že navrhovateľ nepredložil v súlade s § 40 ods. 8 Zákonníka práce rozhodnutie o invalidnom dôchodku je neopodstatnená. Rozhodujúce je, že odporca mal vedomosť o tom, že navrhovateľ je zamestnancom so zdravotným postihnutím, a to z predloženého potvrdenia Sociálnej poisťovne o miere poklesu schopnosti navrhovateľa vykonávať zárobkovú činnosť. Odporcovi preto muselo byť zrejmé v čase dania výpovede, že navrhovateľ je zamestnancom so zdravotným postihnutím, pretože podmienkou aplikácie § 66 je skutočnosť, že ide práve o zamestnanca so zdravotným postihnutím a vedomosť zamestnávateľa o tejto skutočnosti. Informačná</w:t>
      </w:r>
    </w:p>
    <w:p>
      <w:r>
        <w:t>povinnosť navrhovateľa bola splnená predložením potvrdenia od Sociálnej poisťovne, kde navrhovateľ na preukázanie invalidity toto potvrdenie odporcovi predložil. Popri týchto skutočnostiach nemôžu právne úvahy odporcu v podanom odvolaní o tom, že ak navrhovateľ nepredložil rozhodnutie o invalidnom dôchodku, tak pre účely podania výpovede z pracovného pomeru ho nebolo možné považovať za zamestnanca so zdravotným postihnutím vôbec obstáť a sú celkom nesprávne. Uplatnil si náhradu trov odvolacieho konania za 1 úkon právnej pomoci za 58,69 Eur, režijný paušál 7,63 Eur, 20% DPH, a to podľa § 11 ods. 1 písm. a/, § 14 ods. 1 písm. b/, § 16 ods. 3 a § 18 ods. 3 vyhlášky č. 655/2004 Z.z..</w:t>
      </w:r>
    </w:p>
    <w:p>
      <w:r>
        <w:t>Krajský súd ako súd odvolací vec preskúmal podľa § 212 ods. 1 O.s.p. bez nariadenia odvolacieho pojednávania podľa § 214 ods. 2 O.s.p. a dospel k záveru, že napadnutý rozsudok súdu prvého stupňa je potrebné ako vecne správny potvrdiť podľa § 219 ods. 1 O.s.p., pričom v náväznosti na § 219 ods. 2 O.s.p. odvolací súd v celom rozsahu poukazuje na vecne správne a vyčerpávajúce odôvodnenie súdu prvého stupňa, s ktorým sa v celom rozsahu stotožňuje.</w:t>
      </w:r>
    </w:p>
    <w:p>
      <w:r>
        <w:t>Súd prvého stupňa vo veci vykonal dostatočné dokazovanie, vec po právnej stránke správne posúdil a v konečnom dôsledku aj správne vo veci rozhodol.</w:t>
      </w:r>
    </w:p>
    <w:p>
      <w:r>
        <w:t>V prejednávanej veci je nepochybné a medzi účastníkmi nesporné, že v čase, kedy odporca ukončil pracovný pomer s navrhovateľom, bol navrhovateľ zamestnancom so zdravotným postihnutím, ktorý bol uznaný za invalidného podľa osobitného predpisu a rovnako je nesporné, že odporca skôr, ako dal navrhovateľovi výpoveď podľa § 63 ods. 1 písm. c/ Zákonníka práce si nevyžiadal predchádzajúci súhlas príslušného úradu práce, sociálnych vecí a rodiny s tým, že nedostatok takéhoto súhlasu má za následok neplatnosť výpovede tak ako to predpokladá ust. § 66 Zákonníka práce.</w:t>
      </w:r>
    </w:p>
    <w:p>
      <w:r>
        <w:t>Neobstoja námietky zo strany odporcu uvedené v odvolaní, kde namietal, že navrhovateľ nepredložil zamestnávateľovi rozhodnutie o invalidnom dôchodku. Z obsahu spisu súdu prvého stupňa je nepochybné a zrejmé, že navrhovateľ odporcovi doručil potvrdenie Sociálnej poisťovne zo dňa 11.12.2009, v ktorom sa konštatuje, že navrhovateľ bol uznaný za invalidného podľa § 71 ods. 1 zákona č. 461/2003 Z.z. o sociálnom poistení, pričom miera poklesu schopnosti vykonávať zárobkovú činnosť s účinnosťou od 02.12.2009 je 50%. V konečnom dôsledku aj samotný odporca vo svojej výpovedi, ktorú dal navrhovateľovi, citoval práve dané potvrdenie o miere poklesu schopnosti vykonávať zárobkovú činnosť zo Sociálnej poisťovne. Z tohto je potom zrejmé, že navrhovateľ bol skutočne v čase dania výpovede zamestnancom so zdravotným postihnutím a že zamestnávateľ mal vedomosť o tejto skutočnosti. Pokiaľ si teda zamestnávateľ vopred nevyžiadal súhlas Úradu práce, sociálnych vecí a rodiny, tak ako to vyžaduje § 66 Zákonníka práce, je nutné konštatovať, že jeho výpoveď daná navrhovateľovi je neplatná.</w:t>
      </w:r>
    </w:p>
    <w:p>
      <w:r>
        <w:t>Vo zvyšku ako bolo vyššie uvedené, odvolací súd v celom rozsahu poukazuje na vecne správne a vyčerpávajúce odôvodnenie súdu prvého stupňa, s ktorým sa stotožňuje.</w:t>
      </w:r>
    </w:p>
    <w:p>
      <w:r>
        <w:t>O náhrade trov odvolacieho konania bolo rozhodnuté podľa § 224 ods. 1 v spojení s § 142 ods. 1 O.s.p. a úspešnému navrhovateľovi bola priznaná náhrada trov odvolacieho konania za 1 úkon právnej pomoci, a to písomné vyjadrenie k odvolaniu 58,69 Eur, režijný paušál 7,63 Eur a 20% DPH podľa § 11 ods. 1 písm. a/, § 14 ods. 1 písm. b/, § 16 ods. 3 a § 18 ods. 3 vyhlášky č. 655/2004 Z.z. proti odporcovi, ktorý v odvolacom konaní úspech nemal.</w:t>
      </w:r>
    </w:p>
    <w:p>
      <w:r>
        <w:t>Poučenie:</w:t>
      </w:r>
    </w:p>
    <w:p>
      <w:r>
        <w:t>Proti tomuto rozsudku odvolanie n i e j e p r í p u s t n é .</w:t>
      </w:r>
    </w:p>
    <w:p/>
    <w:p>
      <w:r>
        <w:t>Zdroj: KAUZIS.SK – https://www.kauzis.sk/judikatura/r/ECLI:SK:KSTN:2012:3110216062.2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