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2CoE/139/2011 z 30. 1. 2012</w:t>
      </w:r>
    </w:p>
    <w:p>
      <w:r>
        <w:t>Uznesenie Krajského súdu Trenčín z 30. januára 2012, sp. zn. 2CoE/139/2011, ECLI:SK:KSTN:2012:4607202829.1</w:t>
      </w:r>
    </w:p>
    <w:p>
      <w:r>
        <w:t>Súd: Krajský súd Trenčín</w:t>
      </w:r>
    </w:p>
    <w:p>
      <w:r>
        <w:t>Spisová značka: 2CoE/139/2011</w:t>
      </w:r>
    </w:p>
    <w:p>
      <w:r>
        <w:t>ECLI: ECLI:SK:KSTN:2012:4607202829.1</w:t>
      </w:r>
    </w:p>
    <w:p>
      <w:r>
        <w:t>Dátum vydania: 30. 1. 2012</w:t>
      </w:r>
    </w:p>
    <w:p>
      <w:r>
        <w:t>Forma: Uznesenie</w:t>
      </w:r>
    </w:p>
    <w:p>
      <w:r>
        <w:t>Oblasť práva: Občianske právo, Občianske právo</w:t>
      </w:r>
    </w:p>
    <w:p>
      <w:pPr>
        <w:pStyle w:val="Heading2"/>
      </w:pPr>
      <w:r>
        <w:t>Text rozhodnutia</w:t>
      </w:r>
    </w:p>
    <w:p>
      <w:r>
        <w:t>Súd: Krajský súd Trenčín Spisová značka: 2CoE/139/2011 Identifikačné číslo súdneho spisu: 4607202829 Dátum vydania rozhodnutia: 31. 01. 2012 Meno a priezvisko sudcu, VSÚ: JUDr. Dušan Ecker ECLI: ECLI:SK:KSTN:2012:4607202829.1 Uznesenie Krajský súd v Trenčíne v exekučnej veci oprávneného: POHOTOVOSŤ, s.r.o., IČO: 35 807 598, Pribinova 25, 811 09 Bratislava, zastúpeného JUDr. Martinom Máčajom, advokátom v Bratislave, Pribinova 25, proti povinnému: J. D., nar. XX.XX.XXXX, bytom I. C., t.č. C., T.. G. XXX/X, pre vymoženie sumy 654,58 € s s príslušenstvom, o odvolaní oprávneného proti uzneseniu Okresného súdu Partizánske zo dňa 20. septembra 2011, č.k. 4Er/1923/2008-62, v pomere hlasov 3:0 takto r o z h o d o l : Odvolací súd uznesenie súdu prvého stupňa p o t v r d z u j e . o d ô v o d n e n i e : Súd prvého stupňa v napadnutom uznesením exekúciu zastavil. Svoje rozhodnutie odôvodnil s poukazom na § 58 ods. 1 Ex. por., § 52, § 53, § 54 Občianskeho zákonníka, príslušné ustanovenia Smernice Rady 93/13/EHS zo dňa 5.4.1993 o nekalých podmienkach v spotrebiteľských zmluvách a príslušné ustanovenie zákona č. 244/2002 Z.z. o rozhodcovskom konaní. Ďalej v odôvodnení uviedol, že návrhom zo dňa 2.3.2007 sa oprávnený domáha vykonania exekúcie proti povinnému pre vymoženie sumy 654,58 € s príslušenstvom, a to na podklade exekučného titulu, ktorým je rozsudok Stáleho rozhodcovského súdu zriadeného zriaďovateľom Slovenská rozhodcovská a.s., sp.zn. SR 6169/06 zo dňa 30.11.2006. Súd prvého stupňa využil oprávnenie, ktoré mu dáva § 58 ods. 1 Exekučného poriadku a v posudzovanej exekučnej veci preskúmal, či nie je daný niektorý z dôvodov zastavenia exekúcie. Vychádzal pritom aj z právneho názoru obsiahnutého v uznesení Ústavného súdu SR z 9.12.2010 sp.zn. II ÚS 545/2010-15, podľa ktorého exekučný súd je oprávnený a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pričom exekučný súd tak môže urobiť na návrh účastníka konania, ako aj bez návrhu. Súd prvého stupňa opätovne preskúmal exekučný titul, žiadosť o udelenie poverenia, návrh na vykonanie exekúcie, predloženú zmluvu o úvere a vzal do úvahy rozhodovaciu činnosť nadriadených súdov v exekučných veciach, kde je povinným spotrebiteľ a dospel k záveru, že exekúciu je potrebné zastaviť v celom rozsahu Z obchodného registra súd prvého stupňa zistil, že oprávnený je podnikateľ, predmetom činnosti ktorého je okrem iného poskytovanie úverov z vlastných zdrojov. Možnosť súdu skúmať ex offo nekalú povahu podmienky predstavuje prostriedok vhodný zároveň na dosiahnutie výsledku stanoveného v článku 6 smernice, teda zabránenie tomu, aby jednotlivý spotrebiteľ bol viazaný nekalou podmienkou, a na prispenie k splneniu cieľa stanoveného v jej článku 7, pretože takéto preskúmanie môže mať odradzujúci účinok prispievajúci k ukončeniu používania nekalých podmienok v zmluvách uzavretých so spotrebiteľmi zo strany predajcov alebo dodávateľov. Táto možnosť priznaná súdu bola posúdená ako nevyhnutná pre to, aby bola pre spotrebiteľa zabezpečená účinná ochrana, najmä s ohľadom na nezanedbateľné nebezpečenstvo toho, že tento spotrebiteľ o svojich právach nevie, alebo má ťažkosti s ich uplatnením (rozsudok zo dňa 26.10.2006 vo veci Elisa María Mostaza Claro proti Centro Móvil Milenium SL, C-168/05). Oprávnený a povinný uzavreli zmluvu o úvere, ktorá má charakter zmluvy spotrebiteľskej. Súčasťou zmluvy sú aj všeobecné podmienky, v ktorých sa nachádza rozhodcovská doložka, na podklade ktorej v spore medzi účastníkmi rozhodol rozhodcovský súd. Rozhodcovská doložka nebola osobitne dojednaná. Dlžník ju nemohol ovplyvniť, pretože je inkorporovaná do obchodných podmienok - v prípade, ak chcel zmluvu o úvere uzavrieť, musel ju akceptovať. Takýmto spôsobom sa pred vznikom akéhokoľvek sporu s oprávneným bez primeraného dôvodu vopred vzdal svojich práv uplatniť svoje nároky alebo brániť svoje práva pred všeobecným súdom. Je treba brať na zreteľ ustanovenie § 106 O.s.p., ktoré pri platnej rozhodcovskej zmluve bráni konaniu pred štátnym súdom. Ak aj zmluva o úvere poskytuje spotrebiteľovi možnosť obrátiť sa na všeobecný súd, takáto možnosť je len iluzórna, pretože trvá len do podania návrhu na začatie arbitrážneho konania. Z rozhodovacej praxe exekučného súdu je zrejmé, že v prípade spotrebiteľských úverov je to výlučne veriteľ, kto iniciuje rozhodcovské konanie proti dlžníkovi - spotrebiteľovi. V prípade, ak si veriteľ vynúti od spotrebiteľa prijatie rozhodcovskej doložky (jej včlenením do formulára zmluvy alebo do všeobecných obchodných podmienok), nadobudne tak voči spotrebiteľovi neprimeranú výhodu v tom, že sám môže určiť, kto s konečnou platnosťou ich spor rozhodne (rozhodcovský súd v sídle veriteľa, ktorý má navyše logický ekonomický záujem na tom, aby rozhodoval takým spôsobom, aby mu veriteľ predkladal na rozhodovanie čo najviac sporov). Aj z predloženého rozhodcovského rozsudku je zrejmé, že rozhodcovský súd neposkytol povinnému ochranu pred neprijateľnými zmluvnými podmienkami, ktorá mu ex lege patrila. Rozhodcovskú doložku v zmluve uzavretej medzi dodávateľom a spotrebiteľom, na podklade ktorej veriteľ - dodávateľ iniciuje voči spotrebiteľovi rozhodcovské konanie a ktorá nebola dojedná individuálne po vzniku sporu medzi účastníkmi zmluvy, súd prvého stupňa považuje za neprijateľnú (nekalú) podmienku v spotrebiteľskej zmluve a z toho dôvodu za absolútne neplatnú. Z dôvodu absolútnej neplatnosti rozhodcovskej doložky nemôže byť na podklade takejto doložky vydaný rozhodcovský rozsudok spôsobilým exekučným titulom. Z uvedených dôvodov, použijúc eurokonformný výklad ustanovení na ochranu spotrebiteľa, interpretačné pravidlo podľa ustanovenia § 54 Občianskeho zákonníka (v pochybnostiach v prospech spotrebiteľa), rešpektujúc ustálenú judikatúru súdov vyššieho stupňa, súd prvého stupňa exekúciu v súlade s § 57 ods. 2 Exekučného poriadku s poukazom § 45 ods. 1, 2 Zákona o rozhodcovskom konaní ex offo v plnom rozsahu zastavil pre rozpor exekučného titulu so zákonom. Proti uzneseniu súdu prvého stupňa podal v zákonnom stanovenej lehote odvolanie oprávnený, ktorý navrhol napadnuté uzneseniu súdu prvého stupňa zrušiť. K tvrdeniam o aplikácií smernice Rady 93/13/EHS z 05.04.1993 o nekalých podmienkach v spotrebiteľských zmluvách oprávnený uvádza, že smernice vydané v rámci acquis communautaire majú len nepriamu záväznosť. Je nepochybné, že rozhodcovská doložka je tzv. nevýhradnou rozhodcovskou doložkou, nakoľko umožňuje každej zmluvnej strane domáhať sa ochrany svojich práv buď prostredníctvom rozhodcovského konania alebo súdneho konania. Už len z tohto pohľadu rozhodcovská zmluva nevyžaduje od spotrebiteľa, aby spory s dodávateľom riešil výlučne v rozhodcovskom konaní. Je úplne nepochybné, že tzv. alternatívne rozhodcovské doložky sú právne prípustné, a to jednak v zmysle vnútroštátneho práva, ale aj európskeho práva. Čo sa týka smernice Rady 93/13/EHS z 5.4.1993 o nekalých podmienkach v spotrebiteľských zmluvách, majú len nepriamu záväznosť. Je záväzná len pre jednotlivé členské štáty a nie aj pre jednotlivcov. Poukazuje na to, že rozhodcovský rozsudok bol predmetom skúmania zo stany súdu už pri rozhodovaní o udelení poverenia súdnemu exekútorovi. Súd však v tomto konaní uznal exekučný titul za súladný, a preto následne udelil súdnemu exekútorovi poverenie na vykonanie exekúcie. Povinná sa k podanému odvolaniu písomne nevyjadrila. Krajský súd v Trenčíne ako odvolací súd preskúmal vec bez nariadenia odvolacieho pojednávania (§ 212 ods. 1, § 214 ods. 2 O.s.p.) a dospel k záveru, že odvolanie oprávneného nie je dôvodné. Odvolací súd preskúmal všetky rozhodujúce námietky, ktoré boli v odvolaní oprávneným vznesené a v plnom rozsahu sa stotožňuje s právnymi závermi súdu prvého stupňa. Z daného titulu si osvojuje dôvody napadnutého rozhodnutia, na ktoré v celom rozsahu poukazuje v zmysle § 219 ods. 2 O.s.p. a na zdôraznenie správnosti dodáva nasledovné: Vzhľadom na aplikáciu príslušných ustanovení zákona v danej veci, a to predovšetkým § 57 ods. 2 zákona č. 233/1995 Z.z. o súdnych exekútoroch a exekučnej činnosti (Exekučný poriadok) v platnom znení, § 45 ods. 1 až 3 zákona č. 244/2002 Z.z. o rozhodcovskom konaní v platnom znení, § 52 a nasl. Zákona č. 40/1964 Zb. Občiansky zákonník v platnom znení, a na túto právnu úpravu nadväzujúcich právnych noriem ako zákon č. 258/2001 Z.z. o spotrebiteľských úveroch v platnom znením, smernice Rady Európskych spoločenstiev č. 93/13/EHS z 5. apríla 1993 o nekalých podmienkach v spotrebiteľských zmluvách a ďalšej súvisiacej legislatívy je napadnuté uznesenie súdu prvého stupňa vecne správne a aj náležite odôvodnené. Správny bol záver súdu prvého stupňa, ktorý uviedol, že predmetnú zmluvu o revolvingovom úvere je potrebné posudzovať podľa ustanovení o spotrebiteľskom práve, keďže medzi účastníkmi bola uzatvorená zmluva o spotrebiteľskom úvere. Spotrebiteľské právo patrí k najviac sa rozvíjajúcim oblastiam práva, ktorého základnou funkciou je ochrana spotrebiteľa ako slabšej strany. V zmysle § 3 ods. 3 zákona č. 250/2007 Z.z. o ochrane spotrebiteľa každý spotrebiteľ má právo na ochranu pred neprijateľnými podmienkami v spotrebiteľských zmluvách. Týmito sú zmluvy uzavreté podľa Občianskeho zákonníka alebo Obchodného zákonníka, ako aj všetky tie zmluvy, ktorých charakteristickým znakom je, že sa uzatvárajú vo viacerých prípadoch a je obvyklé, že spotrebiteľ obsah zmluvy podstatným spôsobom neovplyvňuje. Smernica Rady 93/13/EHS z 05.04.1993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Odvolací súd pre úplnosť dodáva, že slovenský právny poriadok exemplifikatívne vymedzuje neprijateľné podmienky v § 53 ods. 4 Obč. zákonníka, pričom súd môže postupovať aj podľa generálnej klauzuly v § 53 ods. 1 Obč. zákonníka, to znamená nad rámec zoznamu podmienok uvedených v prílohe smernice alebo okruhu v Obč. zákonníku. Pokiaľ vo veci vydal rozhodcovský rozsudok rozhodca, ktorý konal na základe rozhodcovskej doložky, ktorý súd považuje ako celok za neprijateľnú a tým neplatnú, súd prvého stupňa v konečnom dôsledku správne exekúciu zastavil. Odvolací súd preto napadnuté uznesenie súdu prvého stupňa ako vecne správne podľa § 219 ods. 1 O.s.p. potvrdil. Poučenie: Proti tomuto uzneseniu odvolanie nie je prípustné.</w:t>
      </w:r>
    </w:p>
    <w:p/>
    <w:p>
      <w:r>
        <w:t>Zdroj: KAUZIS.SK – https://www.kauzis.sk/judikatura/r/ECLI:SK:KSTN:2012:4607202829.1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