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15Sd/185/2013 z 9. 7. 2013</w:t>
      </w:r>
    </w:p>
    <w:p>
      <w:r>
        <w:t>Uznesenie Krajského súdu Trenčín z 9. júla 2013, sp. zn. 15Sd/185/2013, ECLI:SK:KSTN:2013:3013200529.1</w:t>
      </w:r>
    </w:p>
    <w:p>
      <w:r>
        <w:t>Súd: Krajský súd Trenčín</w:t>
      </w:r>
    </w:p>
    <w:p>
      <w:r>
        <w:t>Spisová značka: 15Sd/185/2013</w:t>
      </w:r>
    </w:p>
    <w:p>
      <w:r>
        <w:t>ECLI: ECLI:SK:KSTN:2013:3013200529.1</w:t>
      </w:r>
    </w:p>
    <w:p>
      <w:r>
        <w:t>Dátum vydania: 9. 7.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15Sd/185/2013 Identifikačné číslo súdneho spisu: 3013200529 Dátum vydania rozhodnutia: 10. 07. 2013 Meno a priezvisko sudcu, VSÚ: JUDr. Elena Zaťková ECLI: ECLI:SK:KSTN:2013:3013200529.1 Uznesenie Krajský súd v Trenčíne v právnej veci navrhovateľa: Z. N., bytom M. H. XXX/XX, B. proti odporcovi Sociálnej poisťovni - ústredie v Bratislave, Ul. 29. augusta č. 8, Bratislava, o preskúmanie rozhodnutia odporcu č. XXX XXX XXXX X zo dňa 8. apríla 2013, takto r o z h o d o l : Súd konanie o preskúmanie rozhodnutia odporcu č. XXX XXX XXXX X zo dňa 8. apríla 2013 z a s t a v u j e . Žiaden z účastníkov nemá právo na náhradu trov konania. o d ô v o d n e n i e : Krajskému súdu v Trenčíne bol dňa 1. júla 2013 doručený prostredníctvom Sociálnej poisťovne - ústredie v Bratislave návrh navrhovateľa na preskúmanie rozhodnutia odporcu č. XXX XXX XXXX X zo dňa 8. apríla 2013, ktorým mu bol od 28. septembra 2012 priznaný invalidný dôchodok v sume 293,70 eur mesačne podľa § 70 ods. 1 a § 82 zákona č. 461/2003 Z.z. o sociálnom poistení v znení neskorších predpisov, so zvýšením od 1. januára 2013 podľa § 82 a § 293ce zákona č. 461/2003 Z.z. o sociálnom poistení v znení neskorších predpisov a § 1 opatrenia Ministerstva práce, sociálnych vecí a rodiny Slovenskej republiky č. 329/2012 Z.z., ktorým sa ustanovila pevná suma zvýšenia dôchodkovej dávky a percento zvýšenia úrazovej renty, na sumu 299,60 eur mesačne. Písomným podaním doručeným krajskému súdu navrhovateľ vzal späť v celom rozsahu návrh na preskúmanie rozhodnutia a žiadal zastaviť konanie. Podľa § 250l ods. 2 O.s.p. pokiaľ v tejto hlave nie je ustanovené inak, použije sa primerane ustanovenie druhej hlavy s výnimkou § 250a. Podľa § 250d ods. 3 O.s.p. súd uznesením konanie zastaví, ak žaloba bola vzatá späť (§ 250h ods. 2). Odvolanie proti uzneseniu je prípustné. Podľa § 250h ods. 2 O.s.p. až do rozhodnutia súdu môže žalobca vziať žalobu späť; ak žalovanému medzitým vznikli trovy konania, rozhodne súd o ich náhrade. Vzhľadom k späťvzatiu návrhu navrhovateľom na preskúmanie napadnutého rozhodnutia súd s poukazom na ustanovenie § 250d ods. 3 a § 250h ods. 2 O.s.p. konanie zastavil. Pokiaľ ide o trovy konania, osobitná časť O.s.p. o správnom súdnictve neobsahuje špeciálne ustanovenia o trovách konania v prípade zastavenia konania z dôvodu späťvzatia návrhu na začatie konania. Súd preto s poukazom na § 246c O.s.p. o trovách konania rozhodol podľa § 146 ods. 1 písm. c/ O.s.p., podľa ktorého žiaden z účastníkov nemá právo na náhradu trov konania podľa jeho výsledku, ak bolo konanie zastavené. Poučenie: Proti tomuto rozhodnutiu možno podať odvolanie do 15 dní odo dňa doručenia na Najvyšší súd Slovenskej republiky prostredníctvom Krajského súdu v Trenčíne, písomne, v dvoch vyhotoveniach. Podľa § 42 ods. 3 a § 205 ods. 1 O.s.p. odvolanie musí mať tieto náležitosti: ktorému súdu je určené, kto ho robí, ktorej veci sa týka a čo sleduje, musí byť podpísané s uvedením dátumu vyhotovenia odvolania, proti ktorému rozhodnutiu súdu smeruje, v akom rozsahu rozhodnutie napáda, v čom sa toto rozhodnutie alebo postup súdu považuje za nesprávny a čoho sa odvolateľ domáha.</w:t>
      </w:r>
    </w:p>
    <w:p/>
    <w:p>
      <w:r>
        <w:t>Zdroj: KAUZIS.SK – https://www.kauzis.sk/judikatura/r/ECLI:SK:KSTN:2013:3013200529.1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