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12Sd/71/2014 z 14. 1. 2015</w:t>
      </w:r>
    </w:p>
    <w:p>
      <w:r>
        <w:t>Rozsudok Krajského súdu Trenčín z 14. januára 2015, sp. zn. 12Sd/71/2014, ECLI:SK:KSTN:2015:3014200217.2</w:t>
      </w:r>
    </w:p>
    <w:p>
      <w:r>
        <w:t>Súd: Krajský súd Trenčín</w:t>
      </w:r>
    </w:p>
    <w:p>
      <w:r>
        <w:t>Spisová značka: 12Sd/71/2014</w:t>
      </w:r>
    </w:p>
    <w:p>
      <w:r>
        <w:t>ECLI: ECLI:SK:KSTN:2015:3014200217.2</w:t>
      </w:r>
    </w:p>
    <w:p>
      <w:r>
        <w:t>Dátum vydania: 14. 1. 2015</w:t>
      </w:r>
    </w:p>
    <w:p>
      <w:r>
        <w:t>Forma: Rozsudok</w:t>
      </w:r>
    </w:p>
    <w:p>
      <w:r>
        <w:t>Oblasť práva: Správne právo</w:t>
      </w:r>
    </w:p>
    <w:p>
      <w:pPr>
        <w:pStyle w:val="Heading2"/>
      </w:pPr>
      <w:r>
        <w:t>Text rozhodnutia</w:t>
      </w:r>
    </w:p>
    <w:p>
      <w:r>
        <w:t>Súd: Krajský súd Trenčín Spisová značka: 12Sd/71/2014 Identifikačné číslo súdneho spisu: 3014200217 Dátum vydania rozhodnutia: 15. 01. 2015 Meno a priezvisko sudcu, VSÚ: JUDr. Juraj Florovič ECLI: ECLI:SK:KSTN:2015:3014200217.2 ROZSUDOK V MENE SLOVENSKEJ REPUBLIKY Krajský súd v Trenčíne samosudcom JUDr. Jurajom Florovičom v právnej veci navrhovateľa: R. X., bytom B. XXXX/XX, V. nad V., proti odporkyni: Sociálna poisťovňa, ústredie Bratislava, Ul. 29. augusta č. 8, o preskúmanie zákonnosti rozhodnutia odporkyne č. XXX XXX XXXX X zo dňa 31. decembra 2013, takto r o z h o d o l : Krajský súd p o t v r d z u j e rozhodnutie odporkyne č. XXX XXX XXXX X zo dňa 31. decembra 2013 podľa § 250q ods. 2 O.s.p.. Krajský súd n e p r i z n á v a odporkyni náhradu trov konania. o d ô v o d n e n i e : Rozhodnutím odporkyne č. XXX XXX XXXX X zo dňa 31. decembra 2013 bola navrhovateľovi na podklade § 70 zákona č. 461/2003 Z. z. o sociálnom poistení v znení neskorších prepisov zamietnutá žiadosť o invalidný dôchodok s odôvodnením, že podľa posudku posudkového lekára sociálneho poistenia, pobočky Sociálnej poisťovne Topoľčany zo dňa 25. novembra 2013, nie je invalidný podľa § 71 ods. 1 zák. č. 461/2003 Z. z. o sociálnom poistení v znení neskorších predpisov, lebo pre dlhodobo nepriaznivý zdravotný stav nemá pokles schopnosti vykonávať zárobkovú činnosť o viac ako 40% v porovnaní so zdravou fyzikou osobou, miera poklesu schopnosti vykonávať zárobkovú činnosti v percentách je 20%. Navrhovateľ podal v zákonom stanovenej lehote návrh na preskúmanie vyššie uvedeného rozhodnutia, v ktorom namietal mieru poklesu schopnosti vykonávať zárobkovú činnosť. Uviedol, že posúdenie zdravotného stavu sa mu zdá nespravodlivé, nepriaznivý zdravotný stav mu nedovoľuje zaradiť sa do pracovného procesu. Nemôže dlhšie stáť ani chodiť, ohnúť sa môže obmedzene, nemôže zaťažovať chrbát a končatiny. Žiadal o zmenu rozhodnutia a prešetrenie jeho zdravotného stavu. Právna zástupkyňa odporkyne žiadala napadnuté rozhodnutie ako vecne správne a zákonné potvrdiť s poukazom na zhodné závery posudkových lekárov a navrhovateľ v konaní o opravnom prostriedku nepreukázal, že jeho zdravotný stav odôvodňuje vyššiu mieru poklesu schopnosti vykonávať zárobkovú činnosť v porovnaní so zdravou fyzickou osobou. Krajský súd postupom podľa § 250l a nasledujúcich zákonných ustanovení O.s.p. preskúmal napadnuté rozhodnutie odporkyne č. XXX XXX XXXX X zo dňa 31. decembra 2013 a postup, ktorý mu predchádzal v rozsahu dôvodov odvolania a dospel k záveru, že rozhodnutie odporkyne je vecne správne a zákonné, preto ho podľa § 250q ods. 2 O.s.p. potvrdil. Zdravotný stav navrhovateľa bol po podaní návrhu na preskúmanie rozhodnutia odporkyne znovu posudzovaný posudkovým lekárom sociálneho poistenia Sociálnej poisťovne, pobočky Topoľčany dňa 7. februára 2014. Tento po dôkladnom zhodnotení odvolania navrhovateľa nezistil nové, posudkovo závažné skutočnosti. Nevzhliadol preto dôvod na opätovné predvolanie navrhovateľa a nevyhovel jeho opravnému prostriedku v plnom rozsahu. Zotrval naďalej na svojom pôvodnom stanovisku. Navrhovateľ trval na podanom opravnom prostriedku, a preto bol posudkový spis postúpený posudkovému lekárovi sociálneho poistenia Sociálnej poisťovne, ústredie so sídlom v Trenčíne na II. stupňové konanie. Posudkový lekár dňa 26. apríla 2014 rozhodol tak, že navrhovateľ nie je invalidný podľa § 71 ods. 1 zákona č. 461/2003 Z. z. o sociálnom poistení, lebo pre dlhodobo nepriaznivý zdravotný stav nemá pokles schopnosti vykonávať zárobkovú činnosť o viac ako 40% v porovnaní so zdravou fyzickou osobou, miera poklesu schopnosti vykonávať zárobkovú činnosť v percentách je 20%. K hore uvedenému záveru dospel posudkový lekár po lekárskom vyšetrení navrhovateľa a zhodnotení všetkých lekárskych nálezov založených v zdravotnej dokumentácii. Posudkový lekár sa zaoberal v posudku pracovnou, sociálnou, objektívnou anamnézou navrhovateľa, jeho subjektívnymi ťažkosťami a dospel k záveru, že rozhodujúcim zdravotným postihom u navrhovateľa je - Dorzalgia bez radikulárneho dráždenia, s mierou poklesu schopnosti vykonávať zárobkovú činnosť v percentách podľa prílohy 4, kapitola XV, odd. E, položka 3. písm. b) zákona č. 461/2003 Z. z. o sociálnom poistení v platnom znení na 20%. Podľa posudkového záveru navrhovateľ nie invalidný podľa § 71 ods. 1 zákona č. 461/2003 Z. z. o sociálnom poistení v znení neskorších predpisov, lebo pre dlhodobo nepriaznivý zdravotný stav nemá pokles schopnosti vykonávať zárobkovú činnosť o viac ako 40% v porovnaní so zdravou fyzickou osobou, miera poklesu schopnosti vykonávať zárobkovú činnosť v percentách je 20%. Konštatoval, že 57 ročný navrhovateľ vyučený automechanik, vo svojej profesii nikdy nepracoval, väčšinou ako vodič, baník, robotník, naposledy zamestnaný vo firme AT Slovensko a.s. ako opravár pneumatík do 11/2012. Odvtedy nepracuje, je evidovaný na úrade práce. Dňa 25.11.2013 dosiahol mieru poklesu 20+0%. Z medicínskeho hľadiska trpí bolesťami chrbtice na podklade degeneratívnych zmien, na MR boli overené protrúzie platničiek L1 - L5. Podľa neurológa, ortopéda i reumatológa nie je prítomný útlak periférnych nervov - tzv. radikulárny syndróm s motorickým deficitom na končatinách. Takémuto stavu zodpovedá posúdenie na dolnej hranici zákonom stanoveného rozmedzia. Ostatné ochorenia sú buď prekonané, alebo ľahké a neumožňujú navýšenie rozhodujúceho postihnutia. V závere posudku uviedol, že skutkový stav bol objektívne zistený, neboli zistené diskrepancie medzi závermi odborných vyšetrení a jeho posúdením, subjektívne ťažkosti boli vysvetlené dokázanými diagnózami. Navrhovateľ v odvolaní neuviedol žiadne nové podstatné skutočnosti, pri posúdení nežiadal doplniť svoj diagnostický zoznam. Celkove nebol dôvod na zmenu doterajších posudkov. Navrhovateľ bol vypočutý ako účastník konania na pojednávaní dňa 09. októbra 2014. Uviedol, že neuznáva rozhodnutie odporkyne, keď mu zamietla žiadosť o invalidný dôchodok. Jeho zdravotný stav sa zhoršil, v dôsledku čoho musel byť hospitalizovaný v Nemocnici v Partizánskom, o čom predložil prepúšťaciu správu zo dňa 11.8.2014. Tvrdil, že mu má byť vykonaný operačný zákrok chrbtice a jeho zdravotný stav mu nedovoľuje vykonávať žiadnu fyzickú prácu. Predložil aj ďalšie nové lekárske správy z 8.10.2014, 12.8.2014 a 22.9.2014. Myslí si, že pokiaľ by mal posudkový lekár k dispozícii tieto nové lekárske správy, priznal by mu vyššiu mieru poklesu a bol by mu odporkyňou priznaný invalidný dôchodok. Krajský súd s poukazom na tú skutočnosť, že navrhovateľ predložil na pojednávaní dňa 09. októbra 2014 nové odborné lekárske správy, vrátane prepúšťacej správy z hospitalizácie zo dňa 11.8.2014, súd pojednávanie odročil na neurčito a nariadil doplnenie posudku príslušným posudkovým lekárom sociálneho poistenia Sociálnej poisťovne, ústredie so sídlom v Trenčíne o opätovné vyšetrenie zdravotného stavu navrhovateľa a posúdenie nových lekárskych nálezov. Posudkový lekár dňa 20. októbra 2014 po preštudovaní zdravotnej dokumentácie, vrátane nových lekárskych správ a vyšetrení navrhovateľa, opätovne určil za rozhodujúce zdravotné postihnutie navrhovateľa - Dorzalgia bez radikulárneho dráždenia, s mierou poklesu schopnosti vykonávať zárobkovú činnosť v percentách podľa prílohy 4, kapitola XV, odd. E, položka 3. písm. b) zákona č. 461/2003 Z.z. o sociálnom poistení v platnom znení na 20%. Podľa posudkového záveru navrhovateľ nie je invalidný podľa § 71 ods. 1 zákona č. 461/2003 Z .z. o sociálnom poistení v znení neskorších predpisov, lebo pre dlhodobo nepriaznivý zdravotný stav nemá pokles schopnosti vykonávať zárobkovú činnosť o viac ako 40% v porovnaní so zdravou fyzickou osobou, miera poklesu schopnosti vykonávať zárobkovú činnosť v percentách celkovo je 20%. V celkovom posudku uviedol, že z novo doložených lekárskych vyšetrení vyplýva útlak periférneho koreňa chrbtice v segmente L5 zistený v 8/2014. V žiadnom prípade sa nejedná o dlhodobo nepriaznivý zdravotný stav, v prípade potreby je indikovaná dočasná pracovná neschopnosť. Počas hospitalizácie na neurológii bol urobený RTG snímok oboch bedrových kĺbov, ktorý dokumentuje koxatrózu I. - II.- stupňa. Klinický postih nie je doložený, ortopedické vyšetrenie nebolo vyžiadané. Podľa dokumentácie sa nejedná o posudkovo závažný stav. Z novo doložených lekárskych vyšetrení nemožno uznať invaliditu, staršie odborné vyšetrenia, ktoré by umožňovali zmeniť posudok k 26.2.2014 navrhovateľ nedoložil. Po doplnení posudku posudkovým lekárom Sociálnej poisťovne, ústredie so sídlom v Trenčíne zo dňa 20. októbra 2014 k jeho záverom, v ktorých sa konštatuje, že navrhovateľ nie je invalidný, navrhovateľ na pojednávaní dňa 15. januára 2015 uviedol, že novo vypracovaný posudok neuznáva, nakoľko tento uvádza, že trpí ochorením koxatrózy I-II, avšak v skutočnosti trpí koxatrózou II- III stupňa. Žiadal o opätovné posúdenie zdravotného stavu iným posudkovým lekárom, nakoľko súčasný nezohľadnil jeho zdravotný stav. Bola mu navrhnutá operačná liečba platničky L 4/5, termín operačného zákroku mu ešte nebol určený a ani nevie kedy mu bude určený. Nárok na invalidný dôchodok je podľa § 70 ods. 1 zákona o sociálnom poistení podmienený okrem iného invaliditou poistenca, teda tým, že poistenec pre dlhodobo nepriaznivý zdravotný stav má pokles schopnosti vykonávať zárobkovú činnosť o viac ako 40 % v porovnaní so zdravou fyzickou osobou (§ 71 ods. 1 zákona), pričom miera poklesu schopnosti vykonávať zárobkovú činnosť je uvedená v prílohe č. 4 (§ 71 ods. 5 zákona). Priznanie invalidného dôchodku je podmienené podľa § 71 ods. 2 citovaného zákona dlhodobo nepriaznivým stavom, ktorý spôsobuje pokles schopnosti vykonávať zárobkovú činnosť a ktorý má podľa poznatkov lekárskej vedy trvať dlhšie ako jeden rok.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 71 ods. 6,7 zákona). Mieru poklesu schopnosti vykonávať zárobkovú činnosť určenú podľa odseku 6 možno zvýšiť najviac o 10 %, ak závažnosť ostatných zdravotných postihnutí ovplyvňuje pokles schopnosti vykonávať zárobkovú činnosť (§ 71 ods. 8 zákona o sociálnom poistení). Podľa § 73 ods. 2 zákona č. 461/2003 Z. z. o sociálnom poistení suma invalidného dôchodku poistenca,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a percentuálneho poklesu schopnosti vykonávať zárobkovú činnosť. V súdnom konaní sa posudzovaním schopnosti navrhovateľa pracovať zaoberali príslušní posudkoví lekári. Podľa § 153 ods. 5 zákona č. 461/2003 Z. z. o sociálnom poistení lekársku posudkovú činnosť pri výkone sociálneho postenia vykonáva posudkový lekár sociálneho poistenia príslušnej pobočky a posudkový lekár ústredia. Obaja posudkoví lekári po podaní opravného prostriedku navrhovateľa posúdili, či má dlhodobo nepriaznivý zdravotný stav a aký má pokles schopnosti vykonávať zárobkovú činnosť. Títo jednoznačne dospeli k záveru, že navrhovateľ nie je invalidný podľa § 71 ods. 1 zákona č. 461/2003 Z. z. o sociálnom poistení, lebo pre dlhodobo nepriaznivý zdravotný stav nemá pokles schopnosti vykonávať zárobkovú činnosť o viac ako 40% v porovnaní so zdravou fyzickou osobou, miera poklesu schopnosti vykonávať zárobkovú činnosť v percentách je 20%. Krajský súd zhodnotil vyššie uvedené skutočnosti a citované zákonné ustanovenia a dospel k záveru, že napadnuté rozhodnutie odporkyne je vecne správne a zákonné, preto ho potvrdil podľa § 250q ods. 2 O.s.p.. Pri rozhodovaní vychádzal z posudku posudkového lekára sociálneho poistenia Sociálnej poisťovne, pobočka Topoľčany zo dňa 25. novembra 2013, zo dňa 7. februára 2014, posudkového lekára sociálneho poistenia Sociálnej poisťovne ústredie so sídlom v Trenčíne zo dňa 26. februára 2014 a novo vypracovaného medicínskeho posudku posudkovým lekárom sociálneho poistenia Sociálnej poisťovne, ústredia so sídlom v Trenčíne zo dňa 20. októbra 2014, pretože títo posudkoví lekári dostatočne a presvedčivo odôvodnili, prečo navrhovateľ nie je invalidný podľa ustanovenia § 71 ods. 1 zákona č. 461/2003 Z. z. v znení neskorších predpisov s mierou poklesu schopnosti vykonávať zárobkovú činnosť 20%. Navrhovateľ v konaní o opravnom prostriedku predloženými lekárskymi listinnými dôkazmi (najmä odbornými lekárskymi nálezmi) nepreukázal, že jeho zdravotný stav odôvodňuje vyššiu mieru poklesu schopnosti vykonávať zárobkovú činnosť v porovnaní so zdravou fyzickou osobou alebo zmenu dátumu vzniku invalidity. Navrhovateľ má kedykoľvek možnosť požiadať sociálnu poisťovňu o preskúmanie jeho zdravotného stavu, pokiaľ by sa jeho zdravotný stav výrazne zhoršil. O trovách konania bolo rozhodnuté podľa § 250l ods. 2 O.s.p. za použitia § 250k ods. 1 O.s.p., podľa ktorého, ak mal žalobca úspech celkom alebo sčasti, súd mu proti žalovanému prizná právo na úplnú alebo čiastočnú náhradu trov konania. V danom prípade bol navrhovateľ v konaní neúspešný, preto nemá právo na náhradu trov konania proti odporkyni a odporkyňa v konaní podľa piatej časti nemá nárok na priznanie náhrady trov konania.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dátumu vyhotovenia odvolania, proti ktorému rozhodnutie súdu smeruje, v akom rozsahu rozhodnutie napáda, v čom sa toto rozhodnutie alebo postup súdu považuje za nesprávny a čoho sa odvolateľ domáha.</w:t>
      </w:r>
    </w:p>
    <w:p/>
    <w:p>
      <w:r>
        <w:t>Zdroj: KAUZIS.SK – https://www.kauzis.sk/judikatura/r/ECLI:SK:KSTN:2015:3014200217.2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