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15Sd/312/2014 z 26. 1. 2015</w:t>
      </w:r>
    </w:p>
    <w:p>
      <w:r>
        <w:t>Uznesenie Krajského súdu Trenčín z 26. januára 2015, sp. zn. 15Sd/312/2014, ECLI:SK:KSTN:2015:3014201056.2</w:t>
      </w:r>
    </w:p>
    <w:p>
      <w:r>
        <w:t>Súd: Krajský súd Trenčín</w:t>
      </w:r>
    </w:p>
    <w:p>
      <w:r>
        <w:t>Spisová značka: 15Sd/312/2014</w:t>
      </w:r>
    </w:p>
    <w:p>
      <w:r>
        <w:t>ECLI: ECLI:SK:KSTN:2015:3014201056.2</w:t>
      </w:r>
    </w:p>
    <w:p>
      <w:r>
        <w:t>Dátum vydania: 26. 1. 2015</w:t>
      </w:r>
    </w:p>
    <w:p>
      <w:r>
        <w:t>Forma: Uznesenie</w:t>
      </w:r>
    </w:p>
    <w:p>
      <w:pPr>
        <w:pStyle w:val="Heading2"/>
      </w:pPr>
      <w:r>
        <w:t>Text rozhodnutia</w:t>
      </w:r>
    </w:p>
    <w:p>
      <w:r>
        <w:t>Súd: Krajský súd Trenčín Spisová značka: 15Sd/312/2014 Identifikačné číslo súdneho spisu: 3014201056 Dátum vydania rozhodnutia: 27. 01. 2015 Meno a priezvisko sudcu, VSÚ: JUDr. Elena Zaťková ECLI: ECLI:SK:KSTN:2015:3014201056.2 Uznesenie Krajský súd v Trenčíne v právnej veci navrhovateľky: D. U., bytom P. XXX/XX, XXX XX C. D. proti odporkyni: Sociálna poisťovňa, ústredie, so sídlom Ul. 29. augusta 8-10, 813 63 Bratislava, IČO: 30 807 484, o invalidný dôchodok, t a k t o r o z h o d o l : Krajský súd konanie o preskúmanie rozhodnutia odporkyne č. XXX XXX XXXX X zo dňa 20. októbra 2014 z a s t a v u j e . Žiaden z účastníkov n e m á právo na náhradu trov konania. o d ô v o d n e n i e : Dňa 17.12.2014 bol tunajšiemu súdu prostredníctvom odporkyne doručený návrh navrhovateľky na preskúmanie rozhodnutia odporkyne č. XXX XXX XXXX X zo dňa 20.10.2014, ktorým bol navrhovateľke podľa § 70 ods. 1 a § 82 zákona č. 461/2003 Z. z. o sociálnom poistení od 30.06.2014 priznaný invalidný dôchodok v sume 249,40 Eur mesačne. Navrhovateľka namietala mieru poklesu schopnosti vykonávať zárobkovú činnosť. Po opätovnom posúdení zdravotného stavu navrhovateľky posudkovým lekárom dňa 15.12.2014, ktorý rozhodol, že je od 30.06.2014 invalidná podľa ustanovenia § 71 ods. 1 zákona č. 461/2003 Z. z., keďže má pre dlhodobo nepriaznivý zdravotný stav pokles schopnosti vykonávať zárobkovú činnosť o viac ako 40 % v porovnaní so zdravou fyzickou osobou a mieru poklesu schopnosti vykonávať zárobkovú činnosť u navrhovateľky stanovil na 75 %, navrhovateľka na základe výzvy vo svojom podaní zo dňa 21.01.2015, doručenom dňa 26.01.2015, uviedla, že s ohľadom na nový záver posudkového lekára žiada o zastavenie konania. Podľa ustanovenia § 250l ods. 2 Občianskeho súdneho poriadku (ďalej OSP) pokiaľ v tejto hlave nie je ustanovené inak, použije sa primerane ustanovenie druhej hlavy s výnimkou § 250a &lt;aspi:// module='ASPI'&amp;link='99/1963 Zb.%2523250a'&amp;ucin-k-dni='30.12.9999'&gt;. Podľa ustanovenia § 250h ods. 2 OSP až do rozhodnutia súdu môže žalobca vziať žalobu späť; ak žalovanému medzitým vznikli trovy konania, rozhodne súd o ich náhrade. Podľa ustanovenia § 250d ods. 3 veta prvá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&lt;aspi:// module='ASPI'&amp;link='99/1963 Zb.%2523250a'&amp;ucin-k-dni='30.12.9999'&gt; alebo ak žaloba bola vzatá späť (§ 250h ods. 2) &lt;aspi://module='ASPI'&amp;link='99/1963 Zb.%2523250h'&amp;ucin-k-dni='30.12.9999'&gt;. Vzhľadom na uvedené, keďže navrhovateľka zobrala návrh späť (§ 41 ods. 2 OSP), súd konanie v súlade so zhora citovanými ustanoveniami zastavil. O náhrade trov konania rozhodol súd podľa ustanovenia § 146 ods. 1 písm. c) OSP v spojení s ustanovením § 246c ods. 1 OSP, podľa ktorého žiaden z účastníkov nemá právo na náhradu trov konania podľa jeho výsledku, ak konanie bolo zastavené. Poučenie: Proti tomuto uzneseniu j e p r í p u s t n é odvolanie v lehote 15 dní odo dňa jeho doručenia na Najvyšší súd Slovenskej republiky prostredníctvom Krajského súdu v Trenčíne písomne v dvoch vyhotoveniach. V odvolaní sa má popri všeobecných náležitostiach (označenie súdu, ktorému je určené, kto ho robí, ktorej veci sa týka a čo sleduje, podpis, dátum) uviesť, proti ktorému rozhodnutiu smeruje, v akom rozsahu sa napáda, v čom sa toto rozhodnutie alebo postup súdu považuje za nesprávny a čoho sa odvolateľ domáha.</w:t>
      </w:r>
    </w:p>
    <w:p/>
    <w:p>
      <w:r>
        <w:t>Zdroj: KAUZIS.SK – https://www.kauzis.sk/judikatura/r/ECLI:SK:KSTN:2015:3014201056.2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