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13S/116/2014 z 3. 5. 2016</w:t>
      </w:r>
    </w:p>
    <w:p>
      <w:r>
        <w:t>Rozsudok Krajského súdu Trenčín z 3. mája 2016, sp. zn. 13S/116/2014, ECLI:SK:KSTN:2016:3014200423.1</w:t>
      </w:r>
    </w:p>
    <w:p>
      <w:r>
        <w:t>Súd: Krajský súd Trenčín</w:t>
      </w:r>
    </w:p>
    <w:p>
      <w:r>
        <w:t>Spisová značka: 13S/116/2014</w:t>
      </w:r>
    </w:p>
    <w:p>
      <w:r>
        <w:t>ECLI: ECLI:SK:KSTN:2016:3014200423.1</w:t>
      </w:r>
    </w:p>
    <w:p>
      <w:r>
        <w:t>Dátum vydania: 3. 5. 2016</w:t>
      </w:r>
    </w:p>
    <w:p>
      <w:r>
        <w:t>Forma: Rozsudok</w:t>
      </w:r>
    </w:p>
    <w:p>
      <w:r>
        <w:t>Oblasť práva: Správne právo</w:t>
      </w:r>
    </w:p>
    <w:p>
      <w:pPr>
        <w:pStyle w:val="Heading2"/>
      </w:pPr>
      <w:r>
        <w:t>Text rozhodnutia</w:t>
      </w:r>
    </w:p>
    <w:p>
      <w:r>
        <w:t>Súd: Krajský súd Trenčín Spisová značka: 13S/116/2014 Identifikačné číslo súdneho spisu: 3014200423 Dátum vydania rozhodnutia: 04. 05. 2016 Meno a priezvisko sudcu, VSÚ: JUDr. Ing. Miroslav Manďák ECLI: ECLI:SK:KSTN:2016:3014200423.1 ROZSUDOK V MENE SLOVENSKEJ REPUBLIKY Krajský súd v Trenčíne v senáte zloženom z predsedu senátu JUDr. Miroslava Manďáka a sudcov JUDr. Juraja Floroviča a JUDr. Evy Vékonyovej v právnej veci žalobcov: 1/ P. V. Y., bytom K. X, XX-XXX O.ń, C. republika, 2/ Complex HM, s.r.o., so sídlom Púchov, Dvory 581, IČO: 45 517 991, obaja právne zastúpení Advokátskou kanceláriou V4 Legal, s.r.o., so sídlom Žilina, Tvrdého 4, IČO: 36 858 820, proti žalovanej: Sociálna poisťovňa ústredie, so sídlom Bratislava, ul. 29. augusta č. 8 a 10, o preskúmanie zákonnosti rozhodnutia žalovanej č. 22577-2/2014-BA zo dňa 28. februára 2014, takto r o z h o d o l : Krajský súd z r u š u j e rozhodnutie žalovanej č. 22577-2/2014-BA zo dňa 28. februára 2014 a vec v r a c i a žalovanej na ďalšie konanie z dôvodu podľa § 250j ods. 3 O.s.p.. Žalovaná j e p o v i n n á zaplatiť žalobcom 1/ a 2/ spoločne a nerozdielne náhradu trov právneho zastúpenia vo výške 340,90 eur do troch dní od právoplatnosti tohto rozsudku, k rukám ich advokáta. o d ô v o d n e n i e : Podanou žalobou sa žalobcovia 1/ a 2/ domáhali preskúmania rozhodnutia žalovanej č. 22577-2/2014- BA zo dňa 28. februára 2014. Napadnutým rozhodnutím žalovaná ako odvolací orgán zamietla odvolanie žalobcu 2/ zo dňa 21.10.2013 a odvolanie žalobcu 1/ zo dňa 21.10.2013 a potvrdila rozhodnutie Sociálnej poisťovne, pobočka Považská Bystrica, č. 32601-1/2013-PB zo dňa 24.09.2013. Sociálna poisťovňa, pobočka Považská Bystrica (ďalej len ,,správny orgán I. stupňa“) rozhodnutím č. 32601-1/2013-PB zo dňa 24.09.2013 rozhodla, že zamestnancovi (t.j. žalobcovi 1/) zaniklo povinné nemocenské poistenie, povinné dôchodkové poistenie a povinné poistenie v nezamestnanosti podľa slovenskej legislatívy dňa 31.03.2013 s odôvodnením, že správny orgán I. stupňa vykonal dňa 08.03.2013 kontrolu u zamestnávateľa Complex HM, s.r.o. (t.j.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päť hodín týždenne. Na základe týchto zistení zamestnávateľ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žalobca 1/ bol vedený v registri poistencov žalovanej ako zamestnanec zamestnávateľa Complex HM, s.r.o. od 01.04.2011. Zamestnávateľ je právnická osoba zapísaná v Obchodnom registri Okresného súdu Trenčín od 27.04.2010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ktorým sa vykonáva základné nariadenie (ďalej len „vykonávacie nariadenie“). Žalovaná uviedla, že v súvislosti s pravidlom uplatniteľnej legislatívy len jedného členského štátu základné nariadenie v čl. 13 stanovuje, ktorým právnym predpisom podlieha osoba vykonávajúca činnosti v dvoch alebo viacerých členských štátoch. Na účely správneho vykonávania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uplatniteľnej legislatívy na území Slovenskej republiky, bola povinná rozhodujúce skutočnosti preskúmať. Kontrolu so zameraním na preverenie reálneho výkonu činnosti zamestnancov na území Slovenskej republiky v období od 01.06.2010 do 31.01.2013 vykonal dňa 08.03.2013 správny orgán I. stupňa. V rámci vykonanej kontroly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päť hodín týždenne. V čase vykonania kontroly bol v registrovanom sídle zamestnávateľa prítomný zamestnanec N. M. I., konateľ spoločnosti. Personálnu a mzdovú agendu vykonáva spoločnosť PROCTUM CONSULT, s.r.o. Zastupovaním konateľa zamestnávateľa je poverená V.. N. Q., ktorá nie je jeho zamestnankyňou. Iní zamestnanci ani administratívni pracovníci sa v čase kontroly v registrovanom sídle zamestnávateľa nenachádzali. Pohovory s uchádzačmi o zamestnanie prebiehajú v Bielko-Biala, C. H. Sarni Stok, Poľská republika. Podľa zmluvy o podnájme nebytových priestorov má zamestnávateľ prenajaté nebytové priestory s celkovou výmerou len 13 m2, napriek tomu, že mal v mesiaci január 2013 zamestnaných 359 zamestnancov. Zamestnávateľ síce predložil formálne doklady, nepredložil však doklady preukazujúce reálny výkon práce zamestnanca na určenom mieste v určený deň. Registračný list fyzickej osoby - prihláška, ktorá má deklaratórne účinky, nemôže deklarovať vznik povinného sociálneho poistenia v rozpore s koordinačnými nariadeniami Európskej únie. Žalovaný vystavil pre zamestnanca formulár PD A1 s platnosťou od 01.04.2011 do 31.03.2013. Formulár bol vystavený v čase, kedy neexistovali pochybnosti o správnosti určenia uplatniteľnej legislatívy a splnenie podmienok na určenie uplatniteľnej legislatívy nebolo overené kontrolou reálneho výkonu činnosti na území Slovenskej republiky. Správny orgán I. stupňa túto skutočnosť vzal do úvahy, ako aj výsledky kontroly z 08.03.2013, na základe čoho rozhodol, že posledný deň platnosti formulára PD A1 je dňom zániku povinného nemocenského poistenia, povinného dôchodkového poistenia a povinného poistenia v nezamestnanosti zamestnanca. Zároveň žalovaná uviedla, že nie je zodpovedná za správnosť vydania formulára E 106 a taktiež ním nie je ani viazaná pri rozhodovaní vo veciach sociálneho poistenia. Ani zdravotný preukaz/ európsky zdravotný preukaz nemá vplyv na zmenu posúdenia veci. Žalobcovia 1/ a 2/ v podanej žalobe navrhli, aby súd napadnuté rozhodnutie žalovanej zrušil a vec jej vrátil na ďalšie konanie. Namietali, že žalovaná v procesnom postupe vydania rozhodnutia o odvolaní nesprávne zistila skutkový stav a na takto nesprávne zistený skutkový stav aplikovala nesprávny hmotnoprávny predpis. Zastávali názor, že podľa Priebežného protokolu č. 22938-3/2013 o kontrole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uskutočnené neboli. Počas kontroly bola predložená pracovná zmluva, výplatné listiny, mzdové listy a evidencia dochádzky. Žalobcovia poukázali na to, že predložili všetku dokumentáciu zamestnanca, ktorú možno od nich rozumne požadovať, čím bolo logicky dôkazné bremeno v súvislosti s reálnym výkonom jeho závislej činnosti vyčerpané.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S poukazom na obsah Priebežného protokolu č. 22938-3/2013 o kontrole žalobcovia 1/ a 2/ uviedli, že miestom sídla, miestom stretnutia riadiacich osôb, miestom uloženia správnych a účtovných dokumentov a miestom hlavného priebehu finančných činností je Slovenská republika. Tvrdenie žalovanej o prenájme nebytových priestorov s výmerou len 13 m2, ktoré dala do súvisu s počtom zamestnancov žalobcu 2/, považovali za účelové, irelevantné a bez opory v právnych predpisoch. Poukázali na to, že povaha práce zamestnancov žalobcu 2/ si v zmysle pracovných zmlúv vyžaduje spravidla prácu v teréne, na území Slovenskej republiky, kedy prenajaté priestory zamestnanci nevyužívajú. Ďalej vyjadrili názor, že žalobcu 2/ nemožno označiť za schránkovú firmu, nakoľko nie sú individuálne splnené kritériá tohto pojmu. Namietali aj všeobecnú zásadu rovnakého zaobchádzania, ktorá vyplýva z bodu 8 nariadenia. Konštatovali, že žalovaný porušuje princíp rovnakého zaobchádzania voči zamestnancom, ktorí sú občanmi Poľskej republiky tým, že u iných zamestnancov žalobcu 2/, ktorí vykonávajú tú istú prácu za tých istých podmienok, vo vzťahu ku ktorým boli kontrolným orgánom predložené tie isté doklady, sú zamestnanci, o ktorých žalovaná rozhodla, že podliehajú slovenskej legislatíve ako uplatniteľnej legislatíve. Záverom žalobcovia 1/ a 2/ poukázali na diskriminačný charakter oznámenia žalovanej týkajúceho sa spoločností, ktoré na území Slovenskej republiky vykonávajú činnosť ako tzv. schránkové firmy. Žalovaná vo vyjadrení k žalobe zotrvala na skutkových a právnych záveroch svojho rozhodnutia. K námietke žalobcov 1/ a 2/, že Sociálna poisťovňa nevyhodnotila vykonávanie činnosti každého zamestnanca na území Slovenskej republiky individuálne, uviedla, že Sociálna poisťovňa na základe skutkových zistení dospela k záveru, že žalobca 2/ nespĺňa kritériá stanovené na určenie registrovaného sídla alebo miesta podnikania, a preto je nutné z tejto skutočnosti vychádzať aj vo vzťahu k jednotlivým zamestnancom. Zároveň uviedla, že vznik a zánik povinného nemocenského poistenia, povinného dôchodkového poistenia a povinného poistenia v nezamestnanosti zamestnanca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Vychádzajúc z uvedeného, ak nie je určená slovenská legislatíva, prihláška zamestnanca do sociálneho poistenia je právne neúčinná. Zároveň žalovaná poukázala na to, že zamestnanec žalobcu 2/ podliehal slovenskej legislatíve len do 31.03.2013, t.j. do dňa platnosti formulára PD A1, ktorý bol vystavený v čase, kedy neexistovali pochybnosti o správnosti určenia uplatniteľnej legislatívy a splnenie podmienok na určenie uplatniteľnej legislatívy nebolo overené kontrolou reálneho výkonu činnosti na území Slovenskej republiky. Vystavený formulár PD A1 na obdobie od 01.04.2011 do 31.03.2013 nebol zrušený spätne, ale bol ponechaný v platnosti. Formulár PD A1 s pokračujúcou dobou platnosti však nebolo možné zo strany žalovanej vystaviť, keďže jeho vystaveniu bránia skutočnosti zistené v rámci kontrol. Tvrdenie žalobcov 1/ a 2/ o porušení princípu rovnakého zaobchádzania považovala žalovaná za neopodstatnené. Uviedla, že u osôb s bydliskom v Poľskej republike existuje cudzí prvok, a preto sa uplatniteľná legislatíva posudzuje podľa koordinačných nariadení Európskeho spoločenstva. Ak nie sú splnené kritériá na uplatnenie článku 13 (3) základného nariadenia, dotknutá osoba podlieha legislatíve štátu určeného podľa článku 11 (3) (a) základného nariadenia. Vzhľadom na uvedené skutočnosti žalovaná navrhla, aby krajský súd žalobu zamietol. Krajský súd v Trenčíne ako súd vecne a miestne príslušný na konanie podľa § 246 ods. 1 a nasl.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20.05.2014 vyzval žalovanú, aby sa v lehote 30 dní písomne vyjadrila k žalobe a doručila úplný administratívny spis č. 22577-2/2014-BA. Podaním, doručeným tunajšiemu súdu dňa 25.06.2014, žalovaná doručila súdu písomné vyjadrenie k žalobe žalobcov 1/ a 2/ a spisový materiál vzťahujúci sa k danej veci. Po preskúmaní administratívneho spisu predloženého žalovanou krajský súd konštatuje, že žalovaná výzve súdu zo dňa 20.05.2014 vyhovela len čiastočne, nakoľko tunajšiemu súdu bol predložený neúplný administratívny spis žalovanej. Krajský súd uvádza, že žalobcovia 1/ a 2/ boli účastníkmi správneho konania. Vzhľadom na túto skutočnosť, s poukazom na § 212 ods. 3 písm. c) zákona č. 461/2003 Z.z., bolo potrebné doručiť rozhodnutie správneho orgánu I. stupňa priamo žalobcom 1/, 2/ do vlastných rúk. V spise sa však originály doručeniek preukazujúce doručenie rozhodnutia správneho orgánu I. stupňa č. 32601-1/2013- PB zo dňa 24.09.2013 žalobcom 1/ a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32601-1/2013-PB zo dňa 24.09.2013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22577-2/2014-BA zo dňa 28. februára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a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a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Krajský súd rozhodol o náhrade trov konania podľa vyhlášky č. 655/2004 Z.z. o odmenách a náhradách advokátov za poskytovanie právnych služieb v znení neskorších predpisov (ďalej aj ,,vyhláška č. 655/2004 Z.z.“). Základnou sadzbou tarifnej odmeny za jeden úkon právnej služby vo veciach zastupovania v konaniach podľa piatej časti O.s.p. je v zmysle ust. § 11 ods. 4 veta prvá vyhlášky č. 655/2004 Z.z. jedna šestina výpočtového základu, čo predstavuje v roku 2014 suma 134,- eur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eur - prevzatie a príprava právneho zastúpenia (§ 13a ods. 1 písm. a/ vyhlášky č. 655/2004 Z.z.), podanie správnej žaloby (§ 13a ods. 1 písm. c/ vyhlášky č. 655/2004 Z.z.), 2 x 8,04 eur režijný paušál (§ 16 ods. 3 vyhlášky č. 655/2004 Z.z.), 20 % DPH 56,82 eur (§ 18 ods. 3 vyhlášky č. 655/2004 Z.z.). Úhrnom tak súd priznal žalobcom 1/ a 2/ náhradu trov konania v celkovej výške 340,90 eur, ktoré v zmysle ust. § 149 ods. 1 O.s.p. v spojení s § 246c ods. 1 veta prvá O.s.p. je žalovaná povinná zaplatiť k rukám advokáta žalobcov 1/a 2/. Súd neakceptoval uplatnenie si náhrady trov konania za zaplatený súdny poplatok vo výške 70,- eur. Žalobcovia 1/ a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vyhlášky č. 655/2004 Z.z., podľa ktorého základná sadzba tarifnej odmeny sa zníži o 50%,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https://www.kauzis.sk/judikatura/r/ECLI:SK:KSTN:2016:3014200423.1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