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12Sp/8/2015 z 2. 2. 2016</w:t>
      </w:r>
    </w:p>
    <w:p>
      <w:r>
        <w:t>Uznesenie Krajského súdu Trenčín z 2. februára 2016, sp. zn. 12Sp/8/2015, ECLI:SK:KSTN:2016:3015200220.3</w:t>
      </w:r>
    </w:p>
    <w:p>
      <w:r>
        <w:t>Súd: Krajský súd Trenčín</w:t>
      </w:r>
    </w:p>
    <w:p>
      <w:r>
        <w:t>Spisová značka: 12Sp/8/2015</w:t>
      </w:r>
    </w:p>
    <w:p>
      <w:r>
        <w:t>ECLI: ECLI:SK:KSTN:2016:3015200220.3</w:t>
      </w:r>
    </w:p>
    <w:p>
      <w:r>
        <w:t>Dátum vydania: 2.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12Sp/8/2015 Identifikačné číslo súdneho spisu: 3015200220 Dátum vydania rozhodnutia: 03. 02. 2016 Meno a priezvisko sudcu, VSÚ: JUDr. Juraj Florovič ECLI: ECLI:SK:KSTN:2016:3015200220.3 Uznesenie Krajský súd v Trenčíne v konaní pred samosudcom JUDr. Jurajom Florovičom v právnej veci navrhovateľa: Pohotovosť, s.r.o., so sídlom Bratislava, Pribinova 25, IČO: 35 807 598, proti odporcovi: Okresný úrad Bánovce nad Bebravou, katastrálny odbor, so sídlom Bánovce nad Bebravou, Trenčianska cesta 1237/46, Bánovce nad Bebravou, za účasti R. W.ytom Z. XX, o preskúmanie zákonnosti rozhodnutia odporcu číslo U. zo dňa 12. januára 2015, takto r o z h o d o l : Záhlavie rozsudku Krajského súdu v Trenčíne zo dňa 10. septembra 2015 č. k. 12Sp/8/2015-24 uvedený ako: Krajský súd v Trenčíne v konaní pred samosudcom JUDr. Jurajom Florovičom v právnej veci navrhovateľa: Pohotovosť, s.r.o., so sídlom Bratislava, Pribinova 25, IČO: 35 807 598, proti odporcovi: Okresný úrad Bánovce nad Bebravou, katastrálny odbor, so sídlom Bánovce nad Bebravou, Trenčianska cesta 1237/46, Bánovce nad Bebravou, za účasti R., o preskúmanie zákonnosti rozhodnutia odporcu číslo V XXXX/XXXX zo dňa 12. januára 2015, sa o p r a v u j e na : Krajský súd v Trenčíne v konaní pred samosudcom JUDr. Jurajom Florovičom v právnej veci navrhovateľa: Pohotovosť, s.r.o., so sídlom Bratislava, Pribinova 25, IČO: 35 807 598, proti odporcovi: Okresný úrad Bánovce nad Bebravou, katastrálny odbor, so sídlom Bánovce nad Bebravou, Trenčianska cesta 1237/46, Bánovce nad Bebravou, za účasti R. o preskúmanie zákonnosti rozhodnutia odporcu číslo U. zo dňa 12. januára 2015. V ostatných častiach zostáva rozhodnutie nezmenené. o d ô v o d n e n i e : Krajský súd v Trenčíne vydal písomné vyhotovenie rozsudku, ktorým potvrdil rozhodnutie odporcu č. V XXXX/XX-X zo dňa 12. januára 2015. Pri vyhotovení písomného rozhodnutia došlo k chybe v písaní, keď v záhlaví rozsudku Krajského súdu v Trenčíne zo dňa 10. septembra 2015 č. k. 12Sp/8/2015-24, bolo chybne uvedené označenie rozhodnutia Okresného úradu Bánovce nad Bebravou, katastrálny odbor ako č. U. Správne malo byť uvedené preskúmanie zákonnosti rozhodnutia odporcu číslo V XXXX/XX-X zo dňa 12. januára 2015. Rozsudok zo dňa 10. septembra 2015 č. k. 12Sp/8/2015-24 nadobudne právoplatnosť súčasne s právoplatnosťou tohto opravného uznesenia. Podľa § 164 O.s.p. súd kedykoľvek aj bez návrhu opraví v rozhodnutí chyby v písaní a počítaní, ako aj iné zrejmé nesprávnosti. O oprave vydá opravné uznesenie, ktoré doručí účastníkom. Vzhľadom na hore uvedené skutočnosti a citované zákonné ustanovenia rozhodol krajský súd tak, ako je uvedené vo výrokovej časti tohto rozhodnutia. Poučenie: Proti tomuto rozhodnutiu možno podať odvolanie do 15 dní odo dňa jeho doručenia na Najvyšší súd Slovenskej republiky prostredníctvom Krajského súdu v Trenčíne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https://www.kauzis.sk/judikatura/r/ECLI:SK:KSTN:2016:3015200220.3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