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15Sd/105/2015 z 15. 2. 2016</w:t>
      </w:r>
    </w:p>
    <w:p>
      <w:r>
        <w:t>Uznesenie Krajského súdu Trenčín z 15. februára 2016, sp. zn. 15Sd/105/2015, ECLI:SK:KSTN:2016:3015200440.4</w:t>
      </w:r>
    </w:p>
    <w:p>
      <w:r>
        <w:t>Súd: Krajský súd Trenčín</w:t>
      </w:r>
    </w:p>
    <w:p>
      <w:r>
        <w:t>Spisová značka: 15Sd/105/2015</w:t>
      </w:r>
    </w:p>
    <w:p>
      <w:r>
        <w:t>ECLI: ECLI:SK:KSTN:2016:3015200440.4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15Sd/105/2015 Identifikačné číslo súdneho spisu: 3015200440 Dátum vydania rozhodnutia: 16. 02. 2016 Meno a priezvisko sudcu, VSÚ: JUDr. Elena Zaťková ECLI: ECLI:SK:KSTN:2016:3015200440.4</w:t>
      </w:r>
    </w:p>
    <w:p>
      <w:r>
        <w:t>Uznesenie Krajský súd v Trenčíne v právnej veci navrhovateľa: N. H., bytom D. X., XXX XX C., proti odporkyni: Sociálna poisťovňa, ústredie Bratislava, Ul. 29. augusta č. 8-10, 813 63 Bratislava, o preskúmanie zákonnosti rozhodnutia č. XXX XXX XXXX X zo dňa 11. mája 2015 v spojení s rozhodnutím č. XXX XXX XXXX X zo dňa 27. januára 2016 o invalidný dôchodok, takto</w:t>
      </w:r>
    </w:p>
    <w:p>
      <w:r>
        <w:t>r o z h o d o l :</w:t>
      </w:r>
    </w:p>
    <w:p>
      <w:r>
        <w:t>Krajský súd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Tunajšiemu súdu bol dňa 16. júna 2015 doručený návrh navrhovateľa na preskúmanie zákonnosti rozhodnutia č. č. XXX XXX XXXX X zo dňa 11.05.2015, ktorým odporkyňa zamietla navrhovateľovu žiadosť o invalidný dôchodok podľa § 70 a § 71 zákona 461/2003 Z. z. o sociálnom poistení v znení neskorších predpisov, s odôvodnením, že podľa posudku posudkového lekára sociálneho poistenia pobočky odporkyne Prievidza zo dňa 23. apríla 2015, nie je invalidný, lebo pre dlhodobo nepriaznivý zdravotný stav nemá pokles schopnosti vykonávať zárobkovú činnosť o viac ako 40 % v porovnaní so zdravou fyzickou osobou. Navrhovateľ žiadal o opätovné preskúmanie svojho zdravotného stavu a priznanie invalidného dôchodku.</w:t>
      </w:r>
    </w:p>
    <w:p>
      <w:r>
        <w:t>Po podaní opravného prostriedku odporkyňa opätovne preskúmala zdravotný stav navrhovateľa, pričom na základe posudku posudkového lekára odporkyne - pobočka Prievidza zo dňa 18. januára 2016 bol navrhovateľ uznaný invalidným podľa § 71 ods. 1 zákona a miera poklesu schopnosti vykonávať zárobkovú činnosť jej bola určená na 50 %. Rozhodnutím odporkyne č. XXX XXX XXXX X zo dňa 27.01.2016 bol navrhovateľovi priznaný invalidný dôchodok v sume 210,10 EUR mesačne, čím bolo navrhovateľovmu opravnému prostriedku v plnej miere vyhovené.</w:t>
      </w:r>
    </w:p>
    <w:p>
      <w:r>
        <w:t>Podľa § 250l ods. 2 O.s.p. pokiaľ v piatej časti O.s.p. o rozhodovaní o opravných prostriedkoch proti rozhodnutiam správnym orgánom nie je ustanovené inak, použije sa primerane ustanovenie druhej hlavy s výnimkou § 250a.</w:t>
      </w:r>
    </w:p>
    <w:p>
      <w:r>
        <w:t>Podľa § 250o O.s.p. ak správny orgán, ktorého rozhodnutie súd preskúmava, vydá nové rozhodnutie, ktorým návrhu celkom vyhovie, súd uznesením konanie zastaví.</w:t>
      </w:r>
    </w:p>
    <w:p>
      <w:r>
        <w:t>Keďže odporkyňa opravnému prostriedku navrhovateľa vydaním nového rozhodnutia celkom vyhovela, súd konanie vo veci podľa ust. § 250o O.s.p. uznesením zastavil.</w:t>
      </w:r>
    </w:p>
    <w:p>
      <w:r>
        <w:t>O trovách konania súd rozhodol v zmysle § 146 ods. 1 písm. c/ O.s.p. a § 246c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možno podať odvolanie do 15 dní odo dňa jeho doručenia na Najvyšší súd Slovenskej republiky prostredníctvom Krajského súdu v Trenčíne písomne, v dvoch vyhotoveniach.</w:t>
      </w:r>
    </w:p>
    <w:p>
      <w:r>
        <w:t>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https://www.kauzis.sk/judikatura/r/ECLI:SK:KSTN:2016:3015200440.4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