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12Sd/142/2015 z 25. 5. 2016</w:t>
      </w:r>
    </w:p>
    <w:p>
      <w:r>
        <w:t>Rozsudok Krajského súdu Trenčín z 25. mája 2016, sp. zn. 12Sd/142/2015, ECLI:SK:KSTN:2016:3015200567.2</w:t>
      </w:r>
    </w:p>
    <w:p>
      <w:r>
        <w:t>Súd: Krajský súd Trenčín</w:t>
      </w:r>
    </w:p>
    <w:p>
      <w:r>
        <w:t>Spisová značka: 12Sd/142/2015</w:t>
      </w:r>
    </w:p>
    <w:p>
      <w:r>
        <w:t>ECLI: ECLI:SK:KSTN:2016:3015200567.2</w:t>
      </w:r>
    </w:p>
    <w:p>
      <w:r>
        <w:t>Dátum vydania: 25. 5. 2016</w:t>
      </w:r>
    </w:p>
    <w:p>
      <w:r>
        <w:t>Forma: Rozsudok</w:t>
      </w:r>
    </w:p>
    <w:p>
      <w:r>
        <w:t>Oblasť práva: Správne právo</w:t>
      </w:r>
    </w:p>
    <w:p>
      <w:pPr>
        <w:pStyle w:val="Heading2"/>
      </w:pPr>
      <w:r>
        <w:t>Text rozhodnutia</w:t>
      </w:r>
    </w:p>
    <w:p>
      <w:r>
        <w:t>Súd: Krajský súd Trenčín Spisová značka: 12Sd/142/2015 Identifikačné číslo súdneho spisu: 3015200567 Dátum vydania rozhodnutia: 26. 05. 2016 Meno a priezvisko sudcu, VSÚ: JUDr. Juraj Florovič ECLI: ECLI:SK:KSTN:2016:3015200567.2 ROZSUDOK V MENE SLOVENSKEJ REPUBLIKY Krajský súd v Trenčíne samosudcom JUDr. Jurajom Florovičom v právnej veci navrhovateľky: H. proti odporkyni: Sociálna poisťovňa, ústredie Bratislava, Ul. 29. augusta č. 8, o preskúmanie zákonnosti rozhodnutia odporkyne č. XXX XXX XXXX X zo dňa 21. mája 2015, takto r o z h o d o l : Krajský súd p o t v r d z u j e rozhodnutie odporkyne č. XXX XXX XXXX X zo dňa XX. mája XXXX, rozhodnutie odporkyne č. XXX XXX XXXX X - I. zo dňa XX. augusta XXXX, rozhodnutie odporkyne č. XXX XXX XXXX X - II. zo dňa XX. augusta XXXX. podľa § 250q ods. 2 O.s.p. Krajský súd n e p r i z n á v a odporkyni náhradu trov konania. o d ô v o d n e n i e : Rozhodnutím odporkyne č. XXX XXX XXXX X . zo dňa 21. mája 2015 bola na podklade zákonného ustanovenia § 70 a § 71 zákona č. 461/2003 Z. z. o sociálnom poistení v znení neskorších predpisov zamietnutá navrhovateľke žiadosť o invalidný dôchodok zo dňa 11. mája 2015 s odôvodnením, že podľa posudku posudkového lekára sociálneho poistenia Sociálnej poisťovne, pobočka Považská Bystrica zo dňa 11. mája 2015 nie je invalidná podľa § 71 ods. 1 zák. č. 461/2003 Z. z. o sociálnom poistení, lebo pre dlhodobo nepriaznivý zdravotný stav nemá pokles schopnosti vykonávať zárobkovú činnosť o viac ako 40% v porovnaní so zdravou fyzickou osobou. Navrhovateľka v zákonom stanovenej lehote podala opravný prostriedok proti vyššie uvedenému rozhodnutiu, v ktorom uviedla, že jej zdravotný stav nedovoľuje vykonávať fyzickú ani sedaciu prácu, nakoľko je po ťažkej operácii chrbtice. Pri chôdzi, statí a dlhšom sede má bolesť krížov. S touto bolesťou sa zhoršuje aj jej hypertenzia, krvný tlak máva zvýšený - 180-200/116, čo jej výrazne znižuje kvalitu života. Odporkyňa žiadala napadnuté rozhodnutie č. XXX XXX XXXX X. zo dňa 21. mája 2015, rozhodnutie odporkyne č. XXX XXX XXE.o dňa 24. augusta 2015 a rozhodnutie odporkyne č. XXX XXX XXXX X -. zo dňa 24. augusta 2015 ako vecne správne a zákonné potvrdiť, s poukazom na závery novo vypracovaného posudku posudkového lekára ústredia zo dňa 13. apríla 2016. Krajský súd postupom podľa § 250l a nasl. O.s.p. preskúmal napadnuté rozhodnutie odporkyne č. XXX XXX XXXX X zo dňa 21. mája 2015, rozhodnutie odporkyne č. XXX XXX XXXE. zo dňa 24. augusta 2015, rozhodnutie odporkyne č. XXX XXX XXE. zo dňa 24. augusta 2015 a postup, ktorý im predchádzal v rozsahu dôvodov odvolania a dospel k záveru, že tieto rozhodnutia sú v súlade so zákonom a podľa § 250q ods. 2 O.s.p. ich bolo potrebné potvrdiť. Krajský súd vykonal dokazovanie oboznámením sa obsahom súdneho a administratívneho spisu, výsluchom účastníkov konania, ich písomnými vyjadreniami a zistil, že zdravotný stav navrhovateľky na základe jej žiadosti spísanej sociálnou poisťovňou zo dňa 11.05.2015, dátumom uplatnenia invalidného dôchodku dňom 11.05.2015, bol posudzovaný zdravotný stav navrhovateľky posudkovým lekárom sociálneho poistenia Sociálnej poisťovne, pobočka Považská Bystrica dňa 11. mája 2015. Posudkový lekár rozhodol tak, že navrhovateľka nie je invalidná podľa § 71 ods. 1 zákona č. 461/2003 Z. z. o sociálnom poistení v znení neskorších predpisov, lebo pre dlhodobo nepriaznivý zdravotný stav nemá pokles schopnosti vykonávať zárobkovú činnosť o viac ako 40% v porovnaní so zdravou fyzickou osobou, mieru poklesu schopnosti vykonávať zárobkovú činnosť určil na 40%. Zdravotný stav navrhovateľky bol po podaní návrhu na preskúmanie rozhodnutia odporkyne znovu posudzovaný posudkovým lekárom Sociálnej poisťovne, pobočka Považská Bystrica dňa 23. júla 2015. Posudkový lekár určil za rozhodujúce zdravotné postihnutie navrhovateľky - Stavy po operácii chrbtice a medzistavcových platničiek, často recidivujúce prejavy nervového a svalového dráždenia, slabosť svalového korzetu chrbtice s podstatným obmedzením celkovej výkonnosti organizmu s mierou poklesu schopnosti vykonávať zárobkovú činnosť v percentách podľa prílohy 4, kapitoly XV, oddiel E, položka 4, písm. b) zákona č. 461/2003 Z. z. o sociálnom poistení v platnom znení na 35% (z rozmedzia 35-45%). Za iné zdravotné postihnutie, t.j. pre Hypertenziu 2. stupňa zvýšil percentuálnu mieru o 10%. Podľa posudkového záveru navrhovateľka je invalidná podľa § 71 ods. 1 zákona č. 461/2003 Z. z. o sociálnom poistení, lebo pre dlhodobo nepriaznivý zdravotný stav nemá pokles schopnosti vykonávať zárobkovú činnosť o viac ako 40% v porovnaní so zdravou fyzickou osobou. Miera poklesu schopnosti vykonávať zárobkovú činnosť celkom v percentách je 45%. Dátum invalidity určil dňom 08.04.2015. K hore uvedenému záveru dospel posudkový lekár po lekárskom vyšetrení navrhovateľky a zhodnotení nového neurologického vyšetrenia zo dňa 16.03 2015 doloženého navrhovateľkou k odvolaniu. V uvedenom neurologickom vyšetrení neurológ udáva Stav po operácii L/S chrbtice s pretrvávajúcou ťažkou poruchou dynamiky L/S chrbtice s možnou neuropatickou bolesťou, objektívne Thomayer 50 cm, záklon v L/S viazne, RŠP sym., na DK citlivosť symetricky, bez motorického Deficitu. Doložila aj nové interné vyšetrenie zo dňa 06.03.2015, kde internista udáva, že večer máva vyšší TK, pred mesiacom 190/118, pri danom vyšetrení nameraný TK 180/100, v závere znova udáva Hypertonická choroba 2. st., s VPR s akceleráciou v 2/2015. Inak sanovaná dobre, K-P komp., bez A-P, NYHA I št., bez poruchy srdcového rytmu, upravil lieky na tlak. Taktiež doložila k odvolaciemu konaniu nové neurochirurgické vyšetrenia z 18.03.2015. Navrhovateľka trvala na podanom opravnom prostriedku a preto bol posudkový spis postúpený posudkovému lekárovi Sociálnej poisťovne, ústredie, so sídlom v Trenčíne na II. stupňové konanie. Posudkový lekár dňa 6. augusta 2015 rozhodol tak, že navrhovateľka je invalidná podľa § 71 ods. 1 zákona č. 461/2003 Z. z. o sociálnom poistení, lebo pre dlhodobo nepriaznivý zdravotný stav nemá pokles schopnosti vykonávať zárobkovú činnosť o viac ako 40% v porovnaní so zdravou fyzickou osobou. Miera poklesu schopnosti vykonávať zárobkovú činnosť celkom v percentách je 45%. K hore uvedenému záveru dospel posudkový lekár po lekárskom vyšetrení navrhovateľky a zhodnotení lekárskych nálezov založených v zdravotnej dokumentácií. Posudkový lekár sa zaoberal v posudku pracovnou, sociálnou, objektívnou anamnézou navrhovateľky, jej subjektívnymi ťažkosťami a dospel k záveru, že rozhodujúcim zdravotným postihom navrhovateľky je - Dorzalgia LS riešená operačne s mierou poklesu schopnosti vykonávať zárobkovú činnosť v percentách podľa prílohy 4. kapitola XV., odd. E., položka 4 písm. b) zákona č. 461/2003 Z. z. o sociálnom poistení v znení neskorších predpisov na 35% (z rozmedzia 35-45%). Za iné zdravotné postihnutia zvýšil percentuálnu mieru poklesu o 10%, celkovo 45%. Podľa posudkového záveru navrhovateľka je invalidná podľa § 71 ods. 1 zákona č.461/2003 Z. z. o sociálnom poistení v znení neskorších predpisov, lebo pre dlhodobo nepriaznivý zdravotný stav má pokles schopnosti vykonávať zárobkovú činnosť o viac ako 40% v porovnaní so zdravou fyzickou osobou. Dátum vzniku invalidity určil dňom 08. augusta 2015. Konštatoval, že navrhovateľka 52-ročná maturantka, vychovala tri deti, celoživotne pracovala ako operátor, teraz v ochranke v 12-hodinových zmenách. Invalidnou bola uznaná pri riešení odvolania dňa 23.07.2015, od 8.4.2015, tak, ako žiadala po skončení podpornej doby (práce schopná 1.6.2015). Z medicínskeho hľadiska má degeneratívne zmeny medzistavovcových platničiek a ľahký posun stavca L5, ktoré boli riešené operačne v 04/2014 fixáciou stavca L5, ktoré boli riešené operačne v 04/2014 fixáciou stavcov L4-S1 a náhradou disku L5. Pretrváva len dysestéza (zmena citlivosti) na vonkajšej strane ľavého stehna, motorický deficit nie je, chôdza je voľná bez opory, čo potvrdil neurológ i neurochirurg. Nie je teda prítomný výrazný útlak periferných nervov a už vôbec nie sú prítomné ich parézy. Rovnako nemá poruchu močenia z útlaku nižších sakrálnych koreňov - tzv. syndróm caudy. Preto posúdenie v položke XV, E, 4. C. - nie je možné, je odôvodnená dolná hranica miery poklesu v položke 4. B. - vzhľadom na malý postih a maturitné vzdelanie. Ostatné ochorenia sú len mierne posudkovo významné, navýšenie o maximálne možných 10% je veľmi priaznivé. V závere posudku posudkový lekár uviedol, že skutkový stav bol objektívne zistený, neboli zistené diskrepancie medzi závermi odborných vyšetrení a jeho posúdením, subjektívne ťažkosti boli dokázanými diagnózami vysvetlené. Odvolanie navrhovateľky, že nemôže pracovať vyvrátila sama, pracuje dokonca na 12 hodinové zmeny. Nežiadala doplniť svoj diagnostický zoznam a nečaká na žiadne nové podstatné odborné vyšetrenia. Celkovo nie je dôvod na zmenu doterajších posudkov. Odporkyňa v dôsledku zmeny v posudkových záveroch opätovne posúdila nárok navrhovateľky na invalidný dôchodok. Následne v priebehu konania (po podaní opravného prostriedku) odporkyňa vydala rozhodnutie č. XXX E. dňa 24. augusta 2015, ktorým v súlade s ustanovením § 112 ods. 1 zákona v rámci autoremedúry zrušila napadnuté rozhodnutie č. XXX XXX XXXX zo dňa 21. mája 2015 o zamietnutí žiadosti o priznanie invalidného dôchodku. Zároveň vydala rozhodnutie č. XXX XXX XXXX E.. zo dňa 24. augusta 2015, ktorým na podklade § 70 ods. 1 a 82 zákona č. 461/2003 Z. z. o sociálnom poistení v znení neskorších predpisov navrhovateľke od 8. apríla 2015 priznala invalidný dôchodok v sume 195,40 Eur mesačne. Navrhovateľka bola vypočutá ako účastníčka konania na pojednávaní dňa 10. marca 2016. Uviedla, že pokiaľ ide o uvedené rozhodnutia, podľa jej názoru nie sú správne, pretože nie sú tam napísané závery od jej lekárov. Pokiaľ odporkyňa ďalšími rozhodnutiami jej priznala invalidný dôchodok, chýbajú tam určité veci. Pokiaľ však posudkový lekár jej nepriznal vyššiu mieru poklesu, tam chýbalo jedno slovko, že „netlačí na koreň“. V tejto súvislosti predložila nové lekárske správy, a to správu z neurologického vyšetrenia zo dňa 11.12 2014. Lekársku správu vydanú všeobecným lekárom zo dňa 9.3.2016, z 20.1.2016 - 29.2.2016, ambulantný nález z neurochirurgie, Ústrednej vojenskej nemocnice v Ružomberku zo dňa 27.11.2013 ako i ďalšie lekárske správy z 17.2.2016, 19.2.206 a z 26.11.2015. Tvrdila, že ide o nové skutočnosti, ktoré posudkový lekár nemohol posúdiť, preto žiadala, aby bol opätovne prehodnotený jej zdravotný stav. Krajský súd požiadal posudkového lekára sociálneho poistenia Sociálnej poisťovne, ústredie vysunuté pracovisko v Trenčíne o opätovné vyšetrenie zdravotného stavu navrhovateľky a posúdenie nových lekárskych nálezov, doložených navrhovateľkou na pojednávaní. Posudkový lekár dňa 13. apríla 2016 po dôkladnom zhodnotení novo doložených lekárskych nálezov opätovne za rozhodujúce zdravotné postihnutie u navrhovateľky považoval Dorzalgiu LS riešenú operačne s mierou poklesu schopnosti vykonávať zárobkovú činnosť v percentách podľa prílohy 4. kapitola XV., odd. E., položka 4 písm. b) zákona č. 461/2003 Z. z. o sociálnom poistení v znení neskorších predpisov na 35% (z rozmedzia 35-45%). Za iné zdravotné postihnutia zvýšil percentuálnu mieru poklesu o 10%, celkovo 45%. Podľa posudkového záveru navrhovateľka je naďalej invalidná podľa § 71 ods. 1 zákona č.461/2003 Z. z. o sociálnom poistení v znení neskorších predpisov, lebo pre dlhodobo nepriaznivý zdravotný stav má pokles schopnosti vykonávať zárobkovú činnosť o viac ako 40% v porovnaní so zdravou fyzickou osobou. Dátum vzniku invalidity určil dňom 08. augusta 2015. V celkovom posudku uviedol, že novo doložené lekárske vyšetrenia explicitne vylučujú parézy periférnych nervov po operácii LS chrbtice a tiež útlak nižších sakrálnych nervov v zmysle poruchy močenia a stolice - tzv. syndróm caudy - neurológ 17.2.2016 dokumentuje sfinktery. Tým posúdenie v položke XV, E, 4 písm. c - je vylúčené. Nie je prítomný motorický deficit na DK, preto je odôvodnená dolná hranica zákonom stanoveného rozmedzia u maturantky, ktorej pracovná náplň by primárne nemala byť dvíhanie bremien a dlhý pobyt v stoji, čo neodporúča neurológ. Navrhovateľka konkrétne namietala neuvedenie výrazu „netlačí na koreň“, čo samé o sebe vyjadruje ľahší stav ochorenia. V dokumentácii sa nachádza len jedna zmienka o „naliehaní na koreňovú pošvu“ v náleze na MR, ktorý je určený pre neurochirurga, aby konkrétne vedel, ktoré miesto má zoperovať. Toto naliehanie nemá vplyv na motorický postih končatín, nálezy MR sa zásadne pre posúdenie nepoužívajú, rozhodujúci je funkčný postih. Celkovo nemá dôvod na zmenu doterajších posudkov. Po doplnení posudku posudkovým lekárom sociálneho poistenia Sociálnej poisťovne, ústredie so sídlom v Trenčíne zo dňa 13. apríla 2016 k jeho záverom, v ktorých sa konštatuje, že navrhovateľka je naďalej invalidná podľa § 71 ods. 1 zákona č. 461/2003 Z. z. o sociálnom poistení, lebo má mieru poklesu schopnosti vykonávať zárobkovú činnosť celkovo 45% v porovnaní so zdravou fyzickou osobou, navrhovateľka na pojednávaní dňa 26.mája 2016 uviedla, že k novo vypracovanému posudku nemá pripomienok. Podmienky nároku na invalidný dôchodok ustanovuje § 70 zákona č. 461/2003 Z. z. o sociálnom poistení v znení neskorších predpisov. Podľa § 71 ods. 2 citovaného zákona je poistenec invalidný, ak pre dlhodobo nepriaznivý zdravotný stav má pokles schopnosti vykonávať zárobkovú činnosť o viac ako 40% v porovnaní so zdravou fyzickou osobou. Priznanie invalidného dôchodku je podmienené podľa § 71 ods. 2 citovaného zákona dlhodobo nepriaznivým stavom, ktorý spôsobuje pokles schopnosti vykonávať zárobkovú činnosť a ktorý má podľa poznatkov lekárskej vedy trvať dlhšie ako jeden rok. Podľa § 71 ods. 3 citovaného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poistenia, ktoré boli zohľadnené na nárok na invalidný výsluhový dôchodok podľa osobitného predpisu. Podľa § 71 ods. 4 citovaného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citovaného zákona miera poklesu schopnosti vykonávať zárobkovú činnosť je uvedená v prílohe č. 4. Podľa § 71 ods. 6 citovaného zákona miera poklesu schopnosti vykonávať zárobkovú činnosť v percentách sa určuje podľa zdravotného postihnutia, ktoré je rozhodujúcou príčinou dlhodobo nepriaznivého stavu, a so zreteľom na závažnosť ostatných zdravotných postihnutí. Podľa § 71 ods. 7 citovaného zákona jednotlivé percentuálne miery poklesu schopnosti vykonávať zárobkovú činnosť sa nesčítavajú. Podľa § 71 ods. 8 citovaného zákona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82 zák. č. 461/2003 Z. z. v znení neskorších predpisov suma invalidného dôchodku sa zvyšuje odo dňa priznania dôchodku o 2.70 EUR mesačne (o pevnú sumu zvýšenia invalidného dôchodku ustanovenú v § 1 písm. g) opatrením Ministerstva práce, sociálnych vecí a rodiny Slovenskej republiky č. 295/2014 Z. z.) na 195,40 EUR mesačne. V súdnom konaní sa posudzovaním schopnosti navrhovateľky pracovať zaoberal príslušný posudkový lekár. Podľa § 153 ods. 5 zákona č. 461/2003 Z. z. o sociálnom poistení lekársku posudkovú činnosť pri výkone sociálneho poistenia vykonáva posudkový lekár sociálneho poistenia príslušnej pobočky a posudkový lekár ústredia. Posudkový lekár sociálneho poistenia po podaní opravného prostrediu a novo doložených lekárskych nálezov navrhovateľkou opätovne posúdil jej zdravotný stav a na základe vlastného vyšetrenia vyhodnotil navrhovateľkin zdravotný stav tak, že je invalidná podľa § 71 ods. 1 zákona č. 461/2003 Z. z. o sociálnom poistení v znení neskorších predpisov, lebo pre dlhodobo nepriaznivý zdravotný stav má pokles schopnosti vykonávať zárobkovú činnosť o viac ako 40% v porovnaní so zdravou fyzickou osobou na účely § 70 zákona č. 461/2003 Z. z. o sociálnom poistení v znení zákona č. 439/2004 Z. z.. Miera poklesu schopnosti vykonávať zárobkovú činnosť v percentách celkovo 45%. Dátum vzniku invalidity určil dňom 8.4.2015. Krajský súd zhodnotil vyššie uvedené skutočnosti a citované zákonné ustanovenia a dospel k záveru, že rozhodnutie odporkyne K. zo dňa 21. mája 2015, rozhodnutie odporkyne K. zo dňa 24. augusta 2015, rozhodnutie odporkyne č. XXX XXX XE.. z.o dňa 24. augusta 2015 sú vecne správne a zákonné, preto ich potvrdil podľa § 250q ods. 2 OSP. Pri rozhodovaní vychádzal z posudku posudkového lekára sociálneho poistenia Sociálnej poisťovne, pobočky Považská Bystrica zo dňa 23. júla 2015, posudkového lekára sociálneho poistenia Sociálnej poisťovne, ústredie v Trenčíne dňa 6.augusta 2015 a novo vypracovaného lekárskeho posudku posudkového lekára sociálneho poistenia Sociálnej poisťovne, ústredia v Trenčíne zo dňa 13. apríla 2016, pretože títo posudkoví lekári dostatočne a presvedčivo odôvodnili, prečo navrhovateľka spĺňa podmienky pre priznanie invalidity s mierou poklesu schopnosti vykonávať zárobkovú činnosť celkovo v percentách 45%. Na podklade týchto skutočností bol invalidný dôchodok správne priznaný. Navrhovateľka v konaní o opravnom prostriedku predloženými listinnými dôkazmi (najmä odbornými lekárskymi správami) nepreukázala, že jej zdravotný stav odôvodňuje vyššiu mieru poklesu schopnosti vykonávať zárobkovú činnosť v porovnaní so zdravou fyzickou osobou alebo zmenu dátumu vzniku invalidity. Navrhovateľka má kedykoľvek možnosť požiadať sociálnu poisťovňu o preskúmanie jej zdravotného stavu, pokiaľ by sa jej zdravotný stav výrazne zhoršil. O trovách konania bolo rozhodnuté podľa § 250l ods.2 O.s.p. za použitia § 250k ods. l O.s.p., podľa ktorého, ak mal žalobca úspech celkom alebo sčasti, súd mu proti žalovanému prizná právo na úplnú alebo čiastočnú náhradu trov konania. V danom prípade bola navrhovateľka v konaní neúspešná, preto nemá právo na náhradu trov konania proti odporkyni a odporkyňa v konaní podľa piatej časti nemá nárok na priznanie náhrady trov konania.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dátumu vyhotovenia odvolania, proti ktorému rozhodnutie súdu smeruje, v akom rozsahu rozhodnutie napáda, v čom sa toto rozhodnutie alebo postup súdu považuje za nesprávny a čoho sa odvolateľ domáha.</w:t>
      </w:r>
    </w:p>
    <w:p/>
    <w:p>
      <w:r>
        <w:t>Zdroj: KAUZIS.SK – https://www.kauzis.sk/judikatura/r/ECLI:SK:KSTN:2016:3015200567.2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