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12Sp/32/2015 z 13. 6. 2016</w:t>
      </w:r>
    </w:p>
    <w:p>
      <w:r>
        <w:t>Uznesenie Krajského súdu Trenčín z 13. júna 2016, sp. zn. 12Sp/32/2015, ECLI:SK:KSTN:2016:3015200716.2</w:t>
      </w:r>
    </w:p>
    <w:p>
      <w:r>
        <w:t>Súd: Krajský súd Trenčín</w:t>
      </w:r>
    </w:p>
    <w:p>
      <w:r>
        <w:t>Spisová značka: 12Sp/32/2015</w:t>
      </w:r>
    </w:p>
    <w:p>
      <w:r>
        <w:t>ECLI: ECLI:SK:KSTN:2016:3015200716.2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12Sp/32/2015 Identifikačné číslo súdneho spisu: 3015200716 Dátum vydania rozhodnutia: 14. 06. 2016 Meno a priezvisko sudcu, VSÚ: JUDr. Juraj Florovič ECLI: ECLI:SK:KSTN:2016:3015200716.2 Uznesenie Krajský súd v Trenčíne v právnej veci navrhovateľky: 1. Q. B., bytom M. XX, T., 2. S. V., bytom Z. X/X, B., zastúpené splnomocneným zástupcom: X. V., bytom J. E. XXX/X, B., proti odporcovi Okresný úrad Prievidza, pozemkový a lesný odbor, Mariánska 6, Prievidza, o preskúmanie zákonnosti rozhodnutia č. OU-PD-PLO-000509-2015-46322-341-D zo dňa 6. augusta 2015, takto r o z h o d o l : Krajský súd konanie vo veci z a s t a v u j e . Žiaden z účastníkov nemá právo na náhradu trov konania. o d ô v o d n e n i e : Tunajšiemu súdu bol dňa 07. októbra 2015 doručený prostredníctvom Okresného úradu Prievidza návrh navrhovateliek v 1. a 2. rade na preskúmanie zákonnosti rozhodnutia č. OU-PD- PLO-000509-2015-46322-341-D zo dňa 06. augusta 2015, ktorým rozhodol podľa § 5 ods. 2 zákona o navrátení vlastníctva k pozemkom tak, že spĺňajú podmienky zákona o navrátení vlastníctva k pozemkom. Pojednávanie zo dňa 28. apríla 2016 žiadal splnomocnenec X. V. odročiť za účelom poskytnutia 30 dňovej lehoty na doručenie vyjadrenia, či svoj opravný prostriedok berú späť a žiadajú konanie zastaviť. Písomným podaním zo dňa 20.05.2016 doručeným tunajšiemu súdu dňa 25.05.2016 navrhovateľka v 1. a 2. rade a splnomocnený zástupca oznámili, že žiadajú konanie č. OU-PD- PLO-000509-2015-46322-341-D zo dňa 06. augusta 2015 zastaviť.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 1 písm. c/ O.s.p. a § 246c O.s.p..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https://www.kauzis.sk/judikatura/r/ECLI:SK:KSTN:2016:3015200716.2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