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12Sd/30/2016 z 12. 10. 2016</w:t>
      </w:r>
    </w:p>
    <w:p>
      <w:r>
        <w:t>Uznesenie Krajského súdu Trenčín z 12. októbra 2016, sp. zn. 12Sd/30/2016, ECLI:SK:KSTN:2016:3016200167.1</w:t>
      </w:r>
    </w:p>
    <w:p>
      <w:r>
        <w:t>Súd: Krajský súd Trenčín</w:t>
      </w:r>
    </w:p>
    <w:p>
      <w:r>
        <w:t>Spisová značka: 12Sd/30/2016</w:t>
      </w:r>
    </w:p>
    <w:p>
      <w:r>
        <w:t>ECLI: ECLI:SK:KSTN:2016:3016200167.1</w:t>
      </w:r>
    </w:p>
    <w:p>
      <w:r>
        <w:t>Dátum vydania: 12. 10. 2016</w:t>
      </w:r>
    </w:p>
    <w:p>
      <w:r>
        <w:t>Forma: Uznesenie</w:t>
      </w:r>
    </w:p>
    <w:p>
      <w:pPr>
        <w:pStyle w:val="Heading2"/>
      </w:pPr>
      <w:r>
        <w:t>Text rozhodnutia</w:t>
      </w:r>
    </w:p>
    <w:p>
      <w:r>
        <w:t>Súd: Krajský súd Trenčín Spisová značka: 12Sd/30/2016 Identifikačné číslo súdneho spisu: 3016200167 Dátum vydania rozhodnutia: 13. 10. 2016 Meno a priezvisko sudcu, VSÚ: JUDr. Juraj Florovič ECLI: ECLI:SK:KSTN:2016:3016200167.1 Uznesenie Krajský súd v Trenčíne v právnej veci navrhovateľky: Y. E., bytom F. č. XX, proti odporkyni: Sociálna poisťovňa, ústredie, Ul. 29. augusta č. 8, Bratislava, o preskúmanie zákonnosti rozhodnutia č. XXX XXX XXXX X zo dňa 21.09.2015, o invalidný dôchodok, takto r o z h o d o l : Krajský súd konanie vo veci z a s t a v u j e . Žiaden z účastníkov nemá právo na náhradu trov konania. o d ô v o d n e n i e : Tunajšiemu súdu bol dňa 22. februára 2016 prostredníctvom odporkyne doručený návrh navrhovateľky na preskúmanie zákonnosti rozhodnutia č. XXX XXX XXXX X zo dňa 21.09.2015, ktorým bola navrhovateľke zamietnutá žiadosť o invalidný dôchodok podľa § 70 a § 71 zákona č. 461/2003 Z.z. o sociálnom poistení v znení neskorších predpisov s odôvodnením, že nemá pokles schopnosti vykonávať zárobkovú činnosť o viac ako 40 % v porovnaní so zdravou fyzickou osobou. Po otvorení pojednávania dňa 13.10.2016 navrhovateľka oznámila, že návrh na preskúmanie rozhodnutia berie v celom rozsahu späť a žiada konanie zastaviť. Podľa ustanovenia § 492 ods. 1 zákona č. 162/2015 Z.z. Správny súdny poriadok, účinný od 01. júla 2016, konania podľa tretej hlavy piatej časti Občianskeho súdneho poriadku začaté predo dňom nadobudnutia účinnosti tohto zákona sa dokončia podľa doterajších predpisov. Podľa § 96 ods. 1 Občianskeho súdneho poriadku (ďalej len O.s.p.) navrhovateľ môže vziať za konania späť návrh na jeho začatie, a to sčasti, alebo celkom. Ak je návrh vzatý späť celkom, súd konanie zastaví. Podľa § 250l ods. 2 O.s.p., pokiaľ v piatej časti O.s.p. o rozhodovaní o opravných prostriedkoch proti rozhodnutiam správnym orgánom nie je ustanovené inak, použije sa primerane ustanovenie druhej hlavy s výnimkou § 250a. Podľa § 250h ods. 2 O.s.p. až do rozhodnutia súdu môže žalobca vziať žalobu späť; ak žalovanému medzitým vznikli trovy konania, rozhodne súd o ich náhrade. Vzhľadom k späťvzatiu návrhu navrhovateľom na preskúmanie napadnutého rozhodnutia súd s poukazom na ustanovenie § 96 ods. 1 a § 250h ods. 2 O.s.p. konanie zastavil. O trovách konania súd rozhodol v zmysle § 146 ods. 1 písm. c/ O.s.p. a § 246c O.s.p.. Poučenie: Proti tomuto uzneseniu možno podať odvolanie do 15 dní odo dňa jeho doručenia na Najvyšší súd Slovenskej republiky prostredníctvom Krajského súdu v Trenčíne písomne, v dvoch vyhotoveniach. Podľa § 42 ods. 3 a § 205 ods. 1 O.s.p., odvolanie musí mať tieto náležitosti: ktorému súdu je určené, kto ho robí, ktorej veci sa týka a čo sleduje, musí byť podpísané a datované s uvedením dátumu vyhotovenia odvolania, proti ktorému rozhodnutiu súdu smeruje, v akom rozsahu sa napáda, v čom sa toto rozhodnutie alebo postup súdu považuje za nesprávny a čoho sa odvolateľ domáha.</w:t>
      </w:r>
    </w:p>
    <w:p/>
    <w:p>
      <w:r>
        <w:t>Zdroj: KAUZIS.SK – https://www.kauzis.sk/judikatura/r/ECLI:SK:KSTN:2016:3016200167.1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