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15Sp/14/2016 z 22. 6. 2016</w:t>
      </w:r>
    </w:p>
    <w:p>
      <w:r>
        <w:t>Uznesenie Krajského súdu Trenčín z 22. júna 2016, sp. zn. 15Sp/14/2016, ECLI:SK:KSTN:2016:3016200288.1</w:t>
      </w:r>
    </w:p>
    <w:p>
      <w:r>
        <w:t>Súd: Krajský súd Trenčín</w:t>
      </w:r>
    </w:p>
    <w:p>
      <w:r>
        <w:t>Spisová značka: 15Sp/14/2016</w:t>
      </w:r>
    </w:p>
    <w:p>
      <w:r>
        <w:t>ECLI: ECLI:SK:KSTN:2016:3016200288.1</w:t>
      </w:r>
    </w:p>
    <w:p>
      <w:r>
        <w:t>Dátum vydania: 22.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15Sp/14/2016 Identifikačné číslo súdneho spisu: 3016200288 Dátum vydania rozhodnutia: 23. 06. 2016 Meno a priezvisko sudcu, VSÚ: JUDr. Elena Zaťková ECLI: ECLI:SK:KSTN:2016:3016200288.1 Uznesenie Krajský súd v Trenčíne v právnej veci navrhovateľa: POHOTOVOSŤ, s.r.o., so sídlom Bratislava, Pribinova 25, IČO: 35 807 598, proti odporcovi: Okresný úrad Prievidza, katastrálny odbor, so sídlom Prievidza, Ul. M. Mišíka 28, za účasti N. U., rod. M., dátum nar. XX.XX.XXXX, bytom A., T.. C. XX/XX na návrh navrhovateľa o preskúmanie zákonnosti rozhodnutia č. V 6976/2014 zo dňa 09. apríla 2015 o zamietnutí návrhu na povolenie vkladu záložného práva k nehnuteľnostiam, takto r o z h o d o l : Krajský súd konanie vo veci z a s t a v u j e . Žiaden z účastníkov nemá právo na náhradu trov konania. o d ô v o d n e n i e : Navrhovateľ včas podaným odvolaním, ktoré bolo tunajšiemu súdu predložené na rozhodnutie dňa 11. apríla 2016, žiadal zrušiť rozhodnutie odporcu číslo V 6976/2014 zo dňa 09. apríla 2015 a vec vrátiť späť na správne konanie, a to z dôvodu jeho nezákonnosti. Odporca napadnutým rozhodnutím zamietol návrh navrhovateľa na vklad záložného práva do katastra nehnuteľností zo zmluvy o zriadení záložného práva č. 594/2014-PTR, uzavretej medzi účastníkmi: POHOTOVOSŤ, s.r.o., so sídlom Bratislava, Pribinova 25, IČO: 35 807 598 ako záložný veriteľ a p. N. U., rod. M., nar. XX.XX.XXXX, bytom A., T.. C. XX/XX, ako záložca, v zastúpení na základe Dohody o splnomocnení splnomocnencom ProHelp - združenie občianskoprávnej pomoci, Povraznícka 18, P.O.BOX 261, 811 05 Bratislava. Písomným podaním, zo dňa 07. júna 2016 doručeným tunajšiemu súdu, navrhovateľ uviedol, že návrh na preskúmanie rozhodnutia berie späť v celom rozsahu a žiada konanie zastaviť, z dôvodu, že dlžník N. U. uhradila úver v zmysle zmluvy o úvere v plnej výške. Podľa § 96 ods. 1 Občianskeho súdneho poriadku (ďalej len O.s.p.) navrhovateľ môže vziať za konania späť návrh na jeho začatie, a to sčasti, alebo celkom. Ak je návrh vzatý späť celkom, súd konanie zastaví. Podľa § 250l ods. 2 O.s.p. pokiaľ v piatej časti O.s.p. o rozhodovaní o opravných prostriedkoch proti rozhodnutiam správnym orgánom nie je ustanovené inak, použije sa primerane ustanovenie druhej hlavy s výnimkou § 250a. Podľa § 250h ods. 2 O.s.p. až do rozhodnutia súdu môže žalobca vziať žalobu späť, ak žalovanému medzitým vznikli trovy konania, rozhodne súd o ich náhrade. Vzhľadom k späťvzatiu návrhu na preskúmanie napadnutého rozhodnutia súd s poukazom na ustanovenie § 96 ods. 1 a § 250h ods. 2 O.s.p. konanie zastavil. O trovách konania súd rozhodol v zmysle § 146 ods. 1 písm. c/ O.s.p. a § 246c O.s.p., v zmysle ktorého žiaden z účastníkov nemá právo na náhradu trov konania podľa jeho výsledku, ak konanie bolo zastavené.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https://www.kauzis.sk/judikatura/r/ECLI:SK:KSTN:2016:3016200288.1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