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12Sd/80/2016 z 24. 5. 2016</w:t>
      </w:r>
    </w:p>
    <w:p>
      <w:r>
        <w:t>Uznesenie Krajského súdu Trenčín z 24. mája 2016, sp. zn. 12Sd/80/2016, ECLI:SK:KSTN:2016:3016200367.1</w:t>
      </w:r>
    </w:p>
    <w:p>
      <w:r>
        <w:t>Súd: Krajský súd Trenčín</w:t>
      </w:r>
    </w:p>
    <w:p>
      <w:r>
        <w:t>Spisová značka: 12Sd/80/2016</w:t>
      </w:r>
    </w:p>
    <w:p>
      <w:r>
        <w:t>ECLI: ECLI:SK:KSTN:2016:3016200367.1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12Sd/80/2016 Identifikačné číslo súdneho spisu: 3016200367 Dátum vydania rozhodnutia: 25. 05. 2016 Meno a priezvisko sudcu, VSÚ: JUDr. Juraj Florovič ECLI: ECLI:SK:KSTN:2016:3016200367.1 Uznesenie Krajský súd v Trenčíne v právnej veci navrhovateľa: A., proti odporkyni: Sociálna poisťovňa, ústredie Bratislava, Ul. 29. augusta č. 8, o preskúmanie zákonnosti rozhodnutia č. XXX XXX XXXX X zo dňa 03.05.2016 o invalidný dôchodok, takto r o z h o d o l : Krajský súd konanie vo veci z a s t a v u j e . Žiaden z účastníkov nemá právo na náhradu trov konania. o d ô v o d n e n i e : Tunajšiemu súdu bol dňa 06. mája 2016 prostredníctvom odporkyne doručený návrh navrhovateľa na preskúmanie zákonnosti rozhodnutia č. XXX XXX XXXX X zo dňa 03.05.2016, ktorým bola navrhovateľovi zamietnutá žiadosť o invalidný dôchodok podľa § 70 zákona č. 461/2003 Z. z. o sociálnom poistení v znení neskorších predpisov s odôvodnením, že podľa posudku posudkového lekára sociálneho poistenia pobočka Topoľčany zo dňa 09.12.2015 nie je invalidný, lebo nemá mieru poklesu schopnosti vykonávať zárobkovú činnosť o viac ako 40% v porovnaní so zdravou fyzickou osobou. Písomným podaním zo dňa 03.05.2016 doručeným tunajšiemu súdu dňa 06.05.2016 navrhovateľ oznámil, že návrh na preskúmanie rozhodnutia berie v celom rozsahu späť a žiada konanie zastaviť.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 1 písm. c/ O.s.p. a § 246c O.s.p..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https://www.kauzis.sk/judikatura/r/ECLI:SK:KSTN:2016:3016200367.1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