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15Sd/95/2016 z 11. 12. 2016</w:t>
      </w:r>
    </w:p>
    <w:p>
      <w:r>
        <w:t>Uznesenie Krajského súdu Trenčín z 11. decembra 2016, sp. zn. 15Sd/95/2016, ECLI:SK:KSTN:2016:3016200419.2</w:t>
      </w:r>
    </w:p>
    <w:p>
      <w:r>
        <w:t>Súd: Krajský súd Trenčín</w:t>
      </w:r>
    </w:p>
    <w:p>
      <w:r>
        <w:t>Spisová značka: 15Sd/95/2016</w:t>
      </w:r>
    </w:p>
    <w:p>
      <w:r>
        <w:t>ECLI: ECLI:SK:KSTN:2016:3016200419.2</w:t>
      </w:r>
    </w:p>
    <w:p>
      <w:r>
        <w:t>Dátum vydania: 11. 12. 2016</w:t>
      </w:r>
    </w:p>
    <w:p>
      <w:r>
        <w:t>Forma: Uznesenie</w:t>
      </w:r>
    </w:p>
    <w:p>
      <w:pPr>
        <w:pStyle w:val="Heading2"/>
      </w:pPr>
      <w:r>
        <w:t>Text rozhodnutia</w:t>
      </w:r>
    </w:p>
    <w:p>
      <w:r>
        <w:t>Súd: Krajský súd Trenčín Spisová značka: 15Sd/95/2016 Identifikačné číslo súdneho spisu: 3016200419 Dátum vydania rozhodnutia: 12. 12. 2016 Meno a priezvisko sudcu, VSÚ: JUDr. Elena Zaťková ECLI: ECLI:SK:KSTN:2016:3016200419.2 Uznesenie Krajský súd v Trenčíne v právnej veci navrhovateľky: G. F., bytom Z. XXX, XXX XX Z. proti odporkyni: Sociálna poisťovňa, ústredie Bratislava, Ul. 29. augusta č. 8-10, 813 63 Bratislava, na návrh navrhovateľky o preskúmanie zákonnosti rozhodnutia č. XXX XXX XXXX X zo dňa 10. marca 2016 o invalidný dôchodok, takto r o z h o d o l : Krajský súd konanie o preskúmanie rozhodnutia odporkyne č. XXX XXX XXXX X zo dňa 10. marca 2016 z a s t a v u j e . Žiaden z účastníkov konania nemá právo na náhradu trov konania. o d ô v o d n e n i e : Tunajšiemu súdu bol dňa 27. mája 2016 doručený opravný prostriedok navrhovateľky, ktorým žiada o preskúmanie zákonnosti rozhodnutia odporkyne č. XXX XXX XXXX X zo dňa 10. marca 2016, ktorým jej bola zamietnutá žiadosť o invalidný dôchodok z dôvodu, že navrhovateľka nie je invalidná podľa § 70 zákona č. 461/2003 Z.z. o sociálnom poistení v znení neskorších predpisov. Navrhovateľka namietala svoj nepriaznivý zdravotný stav. Po podaní opravného prostriedku odporkyňa opätovne preskúmala zdravotný stav navrhovateľky dňa 24. mája 2016, pričom zhodne konštatovala, že navrhovateľka nie je invalidná, z dôvodu, že mieru poklesu schopnosti vykonávať zárobkovú činnosť stanovil posudkový lekár na 30%. Po otvorení pojednávania dňa 12. decembra 2016, navrhovateľka uviedla, že po poučení zo strany súdu naďalej netrvá na preskúmaní napadnutého rozhodnutia a žiada konanie zastaviť, vzhľadom na to, že miera poklesu je určená na 30%. Je si vedomá, že tak nespĺňa podmienku pre priznanie invalidného dôchodku. Proti rozhodnutiu sa nebude odvolávať. Odvolania proti vyhlásenému uzneseniu sa zhodne vzdala i odporkyňa. Podľa ustanovenia § 492 ods. 1 zákona č. 162/2015 Z.z. Správny súdny poriadok, účinný od 1. júla 2016, konania podľa tretej hlavy piatej časti Občianskeho súdneho poriadku začaté predo dňom nadobudnutia účinnosti tohto zákona sa dokončia podľa doterajších predpisov. Podľa § 96 ods. 1 Občianskeho súdneho poriadku účinného do 30. júna 2016 (ďalej len O.s.p.) navrhovateľ môže vziať za konania späť návrh na jeho začatie, a to sčasti, alebo celkom. Ak je návrh vzatý späť celkom, súd konanie zastaví. Podľa § 250l ods.2 O.s.p. pokiaľ v piatej časti O.s.p. o rozhodovaní o opravných prostriedkoch proti rozhodnutiam správnych orgánov nie je ustanovené inak, použije sa primerane ustanovenie druhej hlavy s výnimkou § 250a. Podľa § 250h ods.2 O.s.p. až do rozhodnutia súdu môže žalobca vziať žalobu späť; ak žalovanému medzitým vznikli trovy konania, rozhodne súd o ich náhrade. Vzhľadom k späťvzatiu návrhu na preskúmanie napadnutého rozhodnutia navrhovateľkou súd s poukazom na ustanovenie § 96 ods.1 a § 250h ods.2 O.s.p. konanie zastavil. O trovách konania súd rozhodol v zmysle § 146 ods. 1 písm. c/ O.s.p. a § 246c O.s.p., v zmysle ktorého žiaden z účastníkov nemá právo na náhradu trov konania podľa jeho výsledku, ak konanie bolo zastavené. Poučenie: Proti tomuto uzneseniu odvolanie nie je prípustné, nakoľko sa účastníci konania po jeho vyhlásení výslovne vzdali práva podať odvolanie. (§ 207 ods. 1,2 zákona č. 99/1963 Zb. Občiansky súdny poriadok, účinný do 30.06.2016).</w:t>
      </w:r>
    </w:p>
    <w:p/>
    <w:p>
      <w:r>
        <w:t>Zdroj: KAUZIS.SK – https://www.kauzis.sk/judikatura/r/ECLI:SK:KSTN:2016:3016200419.2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