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14Sp/10/2016 z 21. 6. 2016</w:t>
      </w:r>
    </w:p>
    <w:p>
      <w:r>
        <w:t>Uznesenie Krajského súdu Trenčín z 21. júna 2016, sp. zn. 14Sp/10/2016, ECLI:SK:KSTN:2016:3016200428.2</w:t>
      </w:r>
    </w:p>
    <w:p>
      <w:r>
        <w:t>Súd: Krajský súd Trenčín</w:t>
      </w:r>
    </w:p>
    <w:p>
      <w:r>
        <w:t>Spisová značka: 14Sp/10/2016</w:t>
      </w:r>
    </w:p>
    <w:p>
      <w:r>
        <w:t>ECLI: ECLI:SK:KSTN:2016:3016200428.2</w:t>
      </w:r>
    </w:p>
    <w:p>
      <w:r>
        <w:t>Dátum vydania: 21. 6.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Trenčín Spisová značka: 14Sp/10/2016 Identifikačné číslo súdneho spisu: 3016200428 Dátum vydania rozhodnutia: 22. 06. 2016 Meno a priezvisko sudcu, VSÚ: JUDr Eva Vékonyová ECLI: ECLI:SK:KSTN:2016:3016200428.2 Uznesenie Krajský súd v Trenčíne v právnej veci navrhovateľa L. C., bytom G. XXX, D. R., proti odporcovi Trenčiansky samosprávny kraj, so sídlom K dolnej stanici 7282/20A, Trenčín, o preskúmanie rozhodnutia odporcu č. sp. TSK/2016/03990-2, ev. č. 2016/012333 zo dňa 26. apríla 2016, takto r o z h o d o l : Konanie s a z a s t a v u j e . Žiaden z účastníkov nemá právo na náhradu trov konania. o d ô v o d n e n i e : Tunajšiemu súdu bol dňa 31. mája 2016 doručený prostredníctvom odporcu návrh navrhovateľa na preskúmanie rozhodnutia odporcu č. sp. TSK/2016/03990-2, ev. č. 2016/012333 zo dňa 26. apríla 2016, ktorým bolo vo veci žiadosti navrhovateľa o posúdenie odkázanosti na sociálnu službu v domove sociálnych služieb rozhodnuté tak, že navrhovateľ nie je odkázaný na túto sociálnu službu podľa § 38 zák.č. 448/2008 Z.z.. Navrhovateľ vzal svoj návrh (odvolanie) späť, a to podaním doručeným súdu dňa 17. júna 2016. Z tohto dôvodu žiadal konanie zastaviť. Podľa § 250l ods. 2 O.s.p. pokiaľ v tejto hlave nie je ustanovené inak, použije sa primerane ustanovenie druhej hlavy s výnimkou § 250a. Podľa § 250d ods. 3 O.s.p. súd uznesením konanie zastaví, ak žaloba bola vzatá späť (§ 250h ods. 2). Odvolanie proti uzneseniu je prípustné. Podľa § 250h ods. 2 O.s.p. až do rozhodnutia súdu môže žalobca vziať žalobu späť; ak žalovanému medzitým vznikli trovy konania, rozhodne súd o ich náhrade. Vzhľadom k tomu, že navrhovateľ vzal svoj návrh na preskúmanie napadnutého rozhodnutia späť, súd s poukazom na ustanovenie § 250d ods. 3 a § 250h ods. 2 O.s.p. konanie zastavil tak ako je uvedené vo výrokovej časti tohto rozhodnutia. Pokiaľ ide o trovy konania, osobitná časť O.s.p. o správnom súdnictve neobsahuje špeciálne ustanovenia o trovách konania v prípade zastavenia konania z dôvodu späťvzatia návrhu na začatie konania. Súd preto s poukazom na § 246c O.s.p. o trovách konania rozhodol podľa § 146 ods. 1 písm. c/ O.s.p., podľa ktorého žiaden z účastníkov nemá právo na náhradu trov konania podľa jeho výsledku, ak bolo konanie zastavené. Poučenie: Proti tomuto rozhodnutiu j e možné podať odvolanie do 15 dní odo dňa jeho doručenia prostredníctvom Krajského súdu v Trenčíne na Najvyšší súd Slovenskej republiky v Bratislave, písomne, v dvoch vyhotoveniach. Podľa § 42 ods. 3 a § 205 ods. 1 O.s.p., odvolanie musí mať tieto náležitosti: ktorému súdu je určené, kto ho robí, ktorej veci sa týka a čo sleduje, musí byť podpísané s uvedením dátumu vyhotovenia odvolania, proti ktorému rozhodnutiu súdu smeruje, v akom rozsahu rozhodnutie napáda, v čom sa toto rozhodnutie, alebo postup súdu považuje za nesprávny a čoho sa odvolateľ domáha.</w:t>
      </w:r>
    </w:p>
    <w:p/>
    <w:p>
      <w:r>
        <w:t>Zdroj: KAUZIS.SK – https://www.kauzis.sk/judikatura/r/ECLI:SK:KSTN:2016:3016200428.2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