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8CoZm/86/2015 z 12. 7. 2016</w:t>
      </w:r>
    </w:p>
    <w:p>
      <w:r>
        <w:t>Rozsudok Krajského súdu Trenčín z 12. júla 2016, sp. zn. 8CoZm/86/2015, ECLI:SK:KSTN:2016:3113208131.2</w:t>
      </w:r>
    </w:p>
    <w:p>
      <w:r>
        <w:t>Súd: Krajský súd Trenčín</w:t>
      </w:r>
    </w:p>
    <w:p>
      <w:r>
        <w:t>Spisová značka: 8CoZm/86/2015</w:t>
      </w:r>
    </w:p>
    <w:p>
      <w:r>
        <w:t>ECLI: ECLI:SK:KSTN:2016:3113208131.2</w:t>
      </w:r>
    </w:p>
    <w:p>
      <w:r>
        <w:t>Dátum vydania: 12. 7. 2016</w:t>
      </w:r>
    </w:p>
    <w:p>
      <w:r>
        <w:t>Forma: Rozsudok</w:t>
      </w:r>
    </w:p>
    <w:p>
      <w:r>
        <w:t>Oblasť práva: Obchodné právo</w:t>
      </w:r>
    </w:p>
    <w:p>
      <w:pPr>
        <w:pStyle w:val="Heading2"/>
      </w:pPr>
      <w:r>
        <w:t>Text rozhodnutia</w:t>
      </w:r>
    </w:p>
    <w:p>
      <w:r>
        <w:t>Súd: Krajský súd Trenčín Spisová značka: 8CoZm/86/2015 Identifikačné číslo súdneho spisu: 3113208131 Dátum vydania rozhodnutia: 13. 07. 2016 Meno a priezvisko sudcu, VSÚ: JUDr. Darina Legerská ECLI: ECLI:SK:KSTN:2016:3113208131.2 ROZSUDOK V MENE SLOVENSKEJ REPUBLIKY Krajský súd v Trenčíne, ako odvolací súd, v senáte zloženom z predsedníčky senátu JUDr. Dariny Legerskej a členiek senátu Mgr. Ivany Šlesarovej a JUDr. Ivice Čelkovej v právnej veci žalobcu: CD Consulting s.r.o., so sídlom Politických väzňov 1272/21, Nové Mesto, Praha 1, Česká republika, IČO: 264 29 705, práv. zast. advokátskou kanceláriou: Fridrich Paľko, s.r.o., so sídlom Grösslingova 4, 811 09 Bratislava, proti žalovanej: A. Z., bytom Y. XXX/XXX, P., o zaplatenie zmenkovej sumy 472 Eur s príslušenstvom a zmenkovej odmeny, o odvolaní žalobcu proti rozsudku Okresného súdu Trenčín č.k. 39CbZm/154/2013-58 zo dňa 08. januára 2015, takto r o z h o d o l : Odvolací súd čiastočné späťvzatie žaloby o zaplatenie zmenkového úroku vo výške 0,19 % denne zo zmenkovej sumy n e p r i p ú š ť a. Odvolací súd rozsudok súdu prvej inštancie p o t v r d z u j e. Žalovanej sa náhrada trov odvolacieho konania n e p r i z n á v a. o d ô v o d n e n i e : 1. Napadnutým rozsudkom súd prvej inštancie zamietol žalobu o zaplatenie sumy 472 Eur s príslušenstvom, zmenkovej odmeny a žalovanej náhradu trov konania nepriznal. Súd prvej inštancie v odôvodnení rozsudku uviedol, že žalobca sa podanou žalobou domáhal zaplatenia sumy vo výške 472 Eur spolu so zmenkovým úrokom a zmenkovej odmeny vo výške 1,57 Eur. Súčasne žiadal i náhradu trov konania. Pri určení právomoci, vecnej a miestnej príslušnosti postupoval súd prvej inštancie podľa článku 2 bod 1 Nariadenia č. 44/2001 o príslušnosti, uznávaní a výkone súdnych rozhodnutí v občianskych a obchodných veciach (Brusel I). Pri určovaní rozhodného práva postupoval súd prvej inštancie podľa § 10 ods. 1 zákona č. 97/1963 Zb. o medzinárodnom práve súkromnom a procesnom (ďalej len ZMPSP) a danú vec posudzoval podľa právneho poriadku Slovenskej republiky, nakoľko jeho použitie zodpovedá rozumnému usporiadaniu daného vzťahu, keď iná dohoda účastníkov konania o voľbe rozhodného práva v konaní nebola preukázaná. Súd prvej inštancie konštatoval, že ide o cezhraničný spor a hodnota pohľadávky nepresahovala 2 000 Eur. Posúdil predmetný spor z procesného hľadiska podľa Nariadenia Európskeho parlamentu a rady (ES) č. 861/2007. S poukazom na článok 5 bod 1 Nariadenia č. 861/2007 mal súd prvej inštancie za to, že ústne pojednávanie pre rozhodnutie veci bolo potrebné, a preto nariadil pojednávanie. Za účelom rozhodnutia vo veci vykonal súd dokazovanie oboznámením zmenky vystavenej dňa 09.07.2010, zmluvy o úvere č. XXXXXXXXX zo dňa 09.07.2010 a všeobecných podmienok poskytnutia úveru, ktoré si zabezpečil zo spisu zn. 59Er/2888/2012. Z vykonaného dokazovania mal súd prvej inštancie preukázané, že dňa 09.07.2010 žalovaná uzatvorila s právnym predchodcom žalobcu zmluvu o úvere č. XXXXXXXXX, na základe ktorej veriteľ poskytol žalovanej úver v sume 400 Eur. Žalovaná sa zaviazala poskytnuté peňažné prostriedky vrátiť zvýšené o poplatok v sume 286 Eur, spolu v sume 686 Eur v 7 mesačných splátkach po 98 Eur. Súčasťou zmluvy o úvere boli všeobecné podmienky poskytnutia úveru. Z predloženej zmenky je zrejmé, že bola vystavená v B. nad K. dňa 09.07.2010 na sumu 472 Eur, obsahuje vyhlásenie vystaviteľa, že za zmenku zaplatí na rad Pohotovosť sumu 472 Eur a zmenkový úrok 0,25 % denne od 31.12.2010. Miesto splatenia je určené ako Pohotovosť, s. r. o., Pribinova 25, Bratislava. Na zmenke je tiež uvedená doložka bez protestu a na platenie predložiť v lehote 4 rokov od vystavenia. Vystaviteľkou zmenky je A. Z., bydliskom Y. XXX/ XXX, P., r.č. XXXXXX/XXXX. Zmenka je vystaviteľkou podpísaná a vyplýva z nej číslo úverovej zmluvy XXXXXXXXX. Na rube zmenky je vyznačený indosament, podľa ktorého sa namiesto pôvodného veriteľa POHOTOVOSŤ, s. r. o. stáva novým veriteľom CD Consulting, s. r. o., so sídlom K červenému dvoru 3269/25a, Praha, Česká republika, IČO 26429705. Súd prvej inštancie posúdil právnu vec podľa ním citovaných príslušných ustanovení slovenského hmotného práva, Občianskeho zákonníka, zákona č. 191/1950 Zb. zmenkového a šekového (ďalej len ZZŠ) a zákona č. 258/2001 Z.z. o spotrebiteľských úveroch v znení neskorších predpisov. Konštatoval, že návrh podaný navrhovateľom nie je dôvodný. V zmysle platných právnych predpisov a judikatúry (napr. rozhodnutie ESD sp. zn. C-419/2011, rozhodnutie ESD sp. zn. C-76/10) je súd povinný v každom štádiu konania a v každom druhu konania z úradnej povinnosti skúmať, či sa v tej ktorej konkrétnej veci nejedná o spotrebiteľský právny vzťah, a teda či sa na daný právny vzťah použijú právne normy spotrebiteľského práva za účelom zabezpečenia ochrany spotrebiteľa. Keďže tak súd musí robiť v každom druhu konania, vzťahuje sa táto povinnosť aj na konanie, v ktorom sa uplatňuje právo zo zmenky. O to viac, keď už z úradnej činnosti súdu je známa skutočnosť, že právny predchodca navrhovateľa - spoločnosť POHOTOVOSŤ, s. r. o., v prospech ktorej žalovaná zmenku vystavila a ktorá ju prijala, vykonáva svoju činnosť prevažne poskytovaním spotrebiteľských úverov a tiež je vedená v registri veriteľov a podregistri iných veriteľov vedených E. ako iná spoločnosť poskytujúca spotrebiteľské a iné úvery. Preto sa súd prvej inštancie napriek abstraktnosti zmenkových vzťahov zaoberal aj kauzou, t. j. dôvodom vzniku zmenky. Dôvodom vzniku zmenky je zmluva o úvere, ktorú si súd v rámci vykonávania dokazovania zaobstaral. Po preskúmaní tejto zmluvy dospel súd prvej inštancie k záveru, že sa jedná o spotrebiteľskú zmluvu v zmysle vyššie citovaného zákonného ustanovenia. Je to predtlačená formulárová zmluva, pri ktorej spotrebiteľ nemal možnosť ovplyvniť jej obsah. Účastníkmi zmluvy sú na jednej strane dodávateľ, ktorého reprezentuje spoločnosť POHOTOVOSŤ, s. r. o. a na strane druhej spotrebiteľ, ktorým je žalovaná. Bližšie súd predmetný úver vyhodnotil ako spotrebiteľský úver, na ktorý sa vzťahuje právna úprava zákona č. 258/2001 Z. z. V kontexte tohto zákona môže byť spotrebiteľom len osoba, ktorej bol poskytnutý spotrebiteľský úver na iný účel ako na výkon zamestnania, povolania alebo podnikania. V danom prípade bol síce úver poskytnutý na výkon zamestnania, avšak na tomto mieste možno konštatovať, že účel úveru uvedený v zmluve je zo strany veriteľa (dodávateľa) špekulatívny v snahe vyhnúť sa právnemu režimu spotrebiteľských úverov. Je vecou veriteľa (dodávateľa), aby preukázal skutočný účel použitia poskytnutého úveru, a preto v prípade pochybností, či ide alebo nejde o spotrebiteľský vzťah, dôkazné bremeno spočíva práve na ňom (uznesenie Krajského súdu v Trnave zo dňa 23.02.2010, sp. zn. 10CoE/5/2010). Dodávateľ musí bezpečne, t. j. spôsobom nevzbudzujúcim pochybnosti, preukázať nespotrebiteľský charakter zmluvy. Za bezpečné preukázanie nemožno v žiadnom prípade považovať len všeobecný údaj o poskytnutí úveru na výkon povolania, ktorý neposkytuje odpoveď na otázku, aké je povolanie žalovanej a aký konkrétny súvis s týmto povolaním žalovaného vôbec uzavretie konkrétnej zmluvy má. Naviac sama žalovaná uviedla, že úver si zobrala na účel vyplatenia výživného pre svojho priateľa, čí vyvrátila, že by si úver brala v súvislosti so svojím zamestnaním. Súd prvej inštancie na túto okolnosť neprihliadol a považoval predmetnú zmluvu za zmluvu o spotrebiteľskom úvere, v širšom slova zmysle za zmluvu spotrebiteľskú. V neprospech veriteľa (dodávateľa) svedčí aj fakt, že sa snažil vylúčiť použitie ustanovení Občianskeho zákonníka upravujúcich spotrebiteľské zmluvy voľbou Obchodného zákonníka. Použitie ustanovení Občianskeho zákonníka upravujúcich problematiku spotrebiteľský zmlúv má prednosť pred voľbou použitia iných právnych predpisov, konkrétne Obchodného zákonníka. Vzhľadom k tomu, že súd prvej inštancie predmetnú zmluvu vyhodnotil ako spotrebiteľskú, zaoberal sa ďalej skúmaním neprijateľnosti zmluvných podmienok obsiahnutých v zmluve, a to v rámci ochrany spotrebiteľa, ktorú je povinný ex offo spotrebiteľovi poskytovať. Po preskúmaní zmluvy má súd za to, že zmluva je koncipovaná tak, že je neobyčajne hrubým spôsobom narušená rovnováha medzi právami a povinnosťami zmluvných strán a to najmä, ale nielen, v ustanoveniach o zabezpečovacích prostriedkoch (zmluvná pokuta, blankozmenka a pod.) a zároveň je celá zmluva koncipovaná výlučne len na prospech veriteľa bez toho, aby sa mohol dlžník aspoň minimálne zákonnými prostriedkami brániť. Rovnosť a vyváženosť práv a povinností zmluvných strán nie je zmluvou zabezpečená, práve naopak, zmluva obsahuje samé povinnosti dlžníka, sankcie za porušenie povinností v neprimeraných výškach - napr. zmluvná pokuta 312 Eur bez ohľadu na výšku poskytnutého úveru a pod., ale žiadne práva dlžníka a samé práva a výhody veriteľa a žiadne povinnosti veriteľa. Vzhľadom na nerovnosť podmienok účastníkov zmluvy vyjadrenú v takmer všetkých ustanoveniach zmluvy ako aj na neprimerane vysoký poplatok za spracovanie a uzatvorenie zmluvy spolu so všetkou administratívou s tým spojenou, výška ktorého predstavuje 71,5 % z celého objemu úveru pri splatnosti v 7- mich mesačných splátkach, sa celá zmluva (jej obsah i účel) prieči dobrým mravom. Skutočnosť, že sa zmluva prieči dobrým mravom spôsobuje jej absolútnu neplatnosť. Z toho dôvodu nemohlo právnemu predchodcovi navrhovateľa - spoločnosti POHOTOVOSŤ s.r.o. - ako veriteľovi z uzatvorenej úverovej zmluvy vzniknúť právo na vyplnenie blankozmenky podľa čl. 13 VPPU, z čoho logicky vyplýva, že ak aj zmenka vyplnená bola (napriek tomu, že právo na jej vyplnenie nevzniklo), nie je možné sa na základe nej úspešne domáhať akýchkoľvek práv (rozhodnutie Najvyššieho súdu SR zo dňa 06.05.2008 sp. zn. 4 Obo 161/2007). Keďže v dôsledku neplatnosti zmluvy nevzniklo veriteľovi právo vyplniť vystavenú blankozmenku, zmenka nevznikla, a preto veriteľ nemal v čase indosamentu zmenky na žalobcu práva a povinnosti zo zmenky. Vzhľadom k tomu nemohol práva zo žalovanej zmenky previesť na žalobcu, nakoľko ich sám nemal (uznesenie Ústavného súdu SR I. ÚS 50/2010-11 zo dňa 10.02.2010). Blankozmenka nie je skutočnou zmenkou, ale len jej zárodkom. Zmenkou sa stáva až po jej vyplnení. Keďže v danom prípade nemohla byť blankozmenka pre neplatnosť zmluvy vyplnená, nemôže byť ani zdrojom práv a povinností jej účastníkov. Súd prvej inštancie návrh žalobcu zamietol. O trovách konania rozhodol súd prvej inštancie s poukazom na § 142 ods. 1 O.s.p.. V danom prípade mala plný úspech žalovaná. Náhradu trov konania jej však súd prvej inštancie nepriznal, nakoľko si ju neuplatnila. 2. Proti rozsudku súdu prvej inštancie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prvého stupňa vychádza z nesprávneho právneho posúdenia veci (§205 ods. 2 písm. f/ O.s.p.). Poukázal na to, že súd prvej inštancie vo veci vykonal dokazovanie oboznámením sa so zmluvou o úvere, exekučným spisom a ďalšími listinnými dôkazmi. Žalobca ani žalovaná dokazovanie v tomto rozsahu nenavrhli. Podľa § 120 O.s.p. dokazovanie v sporovom konaní je ovládané prejednacou zásadou , čo znamená, že súd vychádza len zo skutočností tvrdených účastníkmi a vykonáva len tie dôkazy, ktoré účastníci navrhli. V danej veci súd prvej inštancie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Žalovaná mohla na základe čl. 5 ods.3 a 6 Nariadenia vzniesť námietky voči zmenke, ak však tak neurobila, musia byť akékoľvek iné námietky odmietnuté, a to z dôvodu uplatnenia koncentračnej zásady konštruovanej Nariadením. Súd samotný nie je legitimizovaný na to, aby postupom podľa § 120 ods.1 veta prvá O.s.p. vznášal námietky voči zmenke za žalovaného. Ak tak súd učinil, ide o porušenie princípu kontradiktórnosti súdneho konania a rovnosti účastníkov konania ako súčasti práva na spravodlivé súdne konanie. Súd z vlastnej iniciatívy, bez návrhu žalovanej vykonal dokazovanie, ktoré údajne preukázalo charakter žalovanej ako spotrebiteľa. Žalovaná sa tejto obrany nedovolávala, pohľadávku žalobcu nerozporovala, svojim konaním ju prakticky uznala. Súd sám iniciatívne rozširoval okruh dokazovaných skutočností v tom smere, aby získal pre žalovanú dostatočný podklad pre zamietnutie návrhu. Takéto správanie súdu je v právnom štáte neprijateľné a predstavuje výrazný zásah do práva na spravodlivý súdny proces garantované podľa čl. 46 ods.1 Ústavy Slovenskej republiky a čl. 6 Dohovoru o ochrane ľudských práv a základných slobôd. V odvolaní ďalej uviedol, že súd prvej inštancie dospel k rozhodnutiu na základe aplikácie nesprávnych právnych predpisov ako aj nesprávnej interpretácii príslušných právnych predpisov na práva Európskej únie. Žalobca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zmenke upravených v zákone č. 191/1950 Sb. vôbec nezaoberal a ignoroval predmet sporu, predovšetkým § 17 zák. č. 191/1950 Zb., z ktorého vyplýva, že žalovaný vo všeobecnosti nie je oprávnený vznášať tzv. kauzálne námietky voči majiteľovi zmenky, ktoré vyplývajú z jeho vzťahov s pôvodným majiteľom zmenky. Ak tak v sporovom konaní nemôže robiť žalovaná,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Napadnuté rozhodnutie je prekvapivým rozhodnutím, čo predstavuje odňatie možnosti konať pred súdom. S poukazom na zákon č. 258/2001 Z.z. o spotrebiteľských úveroch žalobca uviedol, že tento zákon pripúšťal, aby na zabezpečenie nárokov zo spotrebiteľského úveru bola vystavená zmenka, pri ktorej bola limitovaná len výška zabezpečenia vo vzťahu k aktuálnej výške dlhu v čase jej vyplnenia. Zmenka mohla byť používaná aj v prostredí spotrebiteľských úverov. Prípustné sú akékoľvek zmenky, akékoľvek doložky a zároveň aj blankozmenky s úpravou vyplnenia zmenky v dohode o vyplňovacom práve. Dohoda o vyplňovacom práve nemohla byť neplatná a neprijateľnou zmluvnou podmienkou v prípade spotrebiteľa, pretože právna úprava explicitne pripúšťala používanie blankozmeniek. V odvolaní žalobca poukázal na rozsudok Najvyššieho súdu Českej republiky zo dňa 22.08.2002, sp.zn. 25Cdo 1839/2000, , uznesenie Krajského súdu v Banskej Bystrici zo dňa 21.11.2013, sp.zn. 43CoZm/10/2013 a uznesenie Krajského súdu v Košiciach zo dňa 13.06.2014, sp.zn. 4CoZm/3/2014. Navrhol, aby odvolací súd rozhodnutie súdu prvej inštancie zmenil tak, že žalobe vyhovie v celom rozsahu a žalobcovi prizná právo na náhradu trov odvolacieho konania, ktoré v odvolaní vyčíslil. 3. K odvolaniu žalobcu sa žalovaná písomne nevyjadrila. 4. V priebehu odvolacieho konania vzal žalobca žalobu čiastočne späť, a to v rozsahu zmenkového úroku vo výške 0,19 % denne v časti uplatneného zmenkového úroku vo výške 0,25 % denne a žiadal priznať len 0,06 % denný zmenkový úrok z jednotlivých súm za v žalobe uvedené obdobia. 5. Odvolací súd doručil uvedené čiastočné späťvzatie návrhu žalovanej s výzvou, aby sa v lehote 10 dní vyjadrila, či s týmto čiastočným späťvzatím súhlasí. Žalovaná v písomnom vyjadrení uviedla, že s čiastočným späťvzatím žaloby nesúhlasí. 6. Od 01. júla 2016 nadobudol účinnosť zákon č. 160/2015 Z.z. Civilný sporový poriadok (ďalej len CSP), ktorým bol zrušený zákon č. 99/1963 Zb. O.s.p. v znení neskorších predpisov a v zmysle § 470 ods. 1 CSP platí Civilný sporový poriadok aj na konania začaté predo dňom jeho účinnosti. 7. Podľa § 370 ods. 1 zákona č. 160/2015 Z.z. CSP v platnom znení (ďalej len CSP), ak je žaloba vzatá späť po rozhodnutí súdu prvej inštancie, ale skôr, ako rozhodnutie nadobudlo právoplatnosť, odvolací súd rozhodne o pripustení späťvzatia. Podľa ods. 2 tohto ustanovenia súd späťvzatie nepripustí, ak s tým protistrana z vážnych dôvodov nesúhlasí. Ak späťvzatie žaloby pripustí, odvolací súd zruší rozhodnutie súdu prvej inštancie a konanie zastaví. Podľa ods. 3 tohto ustanovenia ak je žaloba vzatá späť sčasti, použijú sa ustanovenia predchádzajúcich odsekov primerane. 8. V zmysle ust. § 370 CSP súd späťvzatie nepripustí, ak s tým protistrana z vážnych dôvodov nesúhlasí. Pretože žalovaná vyslovila nesúhlas s čiastočným späťvzatím žaloby, odvolací súd vyhodnotil jej nesúhlas ako nesúhlas vážnej intenzity v záujme ochrany spotrebiteľa, pretože vo veci sa jedná o spotrebiteľskú vec. Odvolací súd preto konštatoval bez nariadenia odvolacieho pojednávania postupom podľa § 385 ods. 1 CSP, že neboli splnené podmienky pre aplikáciu ustanovenia § 370 CSP, preto čiastočné späťvzatie žaloby žalobcom nepripustil. 9. Krajský súd v Trenčíne ako odvolací súd preskúmal vec na podklade podaného odvolania podľa § 379 a § 380 ods. 1, 2 CSP a dospel k záveru, že napadnutý rozsudok súdu prvej inštancie je potrebné v celom rozsahu ako vecne správne podľa § 387 ods. 1 CSP potvrdiť. Odvolací súd tak rozhodol bez nariadenia pojednávania v zmysle ustanovenia § 385 ods. 1 CSP, keď v danej veci nebolo potrebné zopakovať alebo doplniť dokazovanie a nariadenie pojednávania nevyžadoval ani dôležitý verejný záujem. 10. Podľa § 470 ods. 1 CSP, ak nie je ustanovené inak, platí tento zákon aj na konania začaté predo dňom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Preskúmaním obsahu spisu odvolací súd zistil, že súd prvej inštancie vykonal dokazovanie dostatočným spôsobom, dôkladne sa zaoberal tvrdeniami a dôkazmi účastníkov konania, dôkazy správne v súlade so zásadami v § 191 CSP a zo zisteného skutkového stavu vyvodil správny právny záver, keď s poukazom na ním citované ustanovenia Občianskeho zákonníka, Obchodného zákonníka, zákona o spotrebiteľských úveroch a zákona zmenkového a šekového žalobu zamietol a žalovanému ako úspešnému účastníkovi konania náhradu trov konania potrebných na účelné uplatňovanie a bránenie práva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 387 ods. 2 CSP). 13.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vznášal za žalovanú námietky voči zmenke, pretože tým porušil princíp kontradiktórnosti konania a rovnosti účastníkov konania ako súčasti práva na spravodlivý proces. 14.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15.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konania alebo prostredníctvom elektronickej komunikácie, ako je elektronická pošta alebo telekonferencia, prípadne inými spôsobmi, ktoré sú povolené v zmysle vnútroštátneho práva. 16. Jedna zo zásadných odvolacích námietok žalobcu tkvela v tom, že žalovaná sa vo veci nevyjadrila, uplatnenú pohľadávku nerozporovala, a preto mal súd prvej inštancie vo veci rozhodnúť vyhovujúcim rozhodnutím. Tento názor je však principiálne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tohto, aby dokazovanie prebehlo čo najjednoduchším a najmenej zaťažujúcim spôsobom (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za správny postup súdu prvej inštancie, riadiaceho sa ustálenou judikatúrou Súdneho dvora, v zmysle ktorej je súd povinný ex offo prihliadať na nekalosť zmluvných podmienok v spotrebiteľských zmluvách. Aj keď vo všeobecnosti súčasné procesné predpisy prenechávajú do značnej miery smerovanie konania v dispozícii účastníka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príkrom rozpore so statusovým zákonom sudcov, ust. § 2 ods. 2 z.č.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za žiadnych okolností,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účastníkovi a ani to, že by súd mal nahrádzať jeho pasivitu. Je však potrebné vnímať hranicu, po ktorú môže byť nepriaznivý výsledok sporu odôvodniteľný prístupom účastníka k uplatneniu svojich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žalovaná v žalobnej odpovedi nárok prípadne akceptovala), a bol oprávnený aj na vykonanie nenavrhovaných dôkazov, pretože boli nevyhnutné pre také rozhodnutie vo veci, ktoré zabránilo aprobovaniu zjavne neprimeraného použitia zmenky. 17. Žalobou v predpísanej podobe (tlačivo A) podanou podľa článku 4 ods. 1 Nariadenia Európskeho parlamentu a Rady (ES) č. 861/2007, ktorým sa ustanovuje európske konanie vo veciach s nízkou hodnotu sporu, sa žalobca proti žalovanej domáhal zaplatenia zmenkovej sumy s príslušenstvom, ďalej zaplatenia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CSP. 18. Odvolací súd v konaní nezistil, že pred súdom prvej inštancie došlo k vadám v postupe súdu podľa čl. 7 ods. 1 Nariadenia pri posudzovaní procesných otázok v priebehu konania. Podľa čl. 5 ods. 2, 3 Nariadenia vyzval súd žalovanú tlačivom C na odpoveď a spolu s tlačivom C zaslal súd prvej inštancie poučenie, ktoré prevzala žalovaná dňa 02.07.2013 a na tieto nereagovala. Z úradnej činnosti súd prvej inštancie pripojil do spisu zmluvu o úvere a všeobecné podmienky poskytnutia úveru, ktoré zaslal účastníkom konania na vyjadrenie s tým, že súd vykoná dôkaz ich oboznámením. Podľa § 100 ods. 1 posledná veta O.s.p. platného v čase procesného postupu vykonal súd prvej inštancie predbežné právne posúdenie veci. Zároveň súd prvej inštancie zaslal právnemu zástupcovi žalobcu a žalovanej poučenie účastníka konania. Právny zástupca žalobcu poučenie prevzal dňa 02.07.2013 a žalovaná dňa 02.07.2013. Pripojením listín bez návrhu účastníkov konania, vykonal súd prvej inštancie skutkové zistenia, ktoré posúdil ako právne významné pre rozhodnutie o uplatnenom nároku a následne meritórne rozhodol. Žalobca preto nemôže tvrdiť, že napadnuté rozhodnutie je prekvapivým rozhodnutím. 19. Preskúmaním obsahu súdneho spisu odvolací súd zistil, že žalobca mal objektívnu možnosť vyjadriť sa ku všetkým skutočnostiam a dôkazom, ktoré súd prvej inštancie pripojil do spisu bez návrhu účastníkov konania ktoré pri rozhodovaní posúdil ako významné pre zistenie skutkového stavu a právne posúdenie žalobcom uplatneného peňažného nároku. Súd prvej inštancie mal možnosť vykonať aj iné dôkazy ako tie, ktoré navrhli strany sporu za účelom zistenia skutkového stavu, zvlášť za situácie aká nastala v danom spore. Išlo vlastne o prelomenie zásady formálnej pravdy v sporovom konaní. Tento postup je výnimočný a je možné ho využiť vtedy, keď je vykonanie nenavrhnutých dôkazov nevyhnutné pre rozhodnutie vo veci. Súd prvej inštancie mal zo žalobcom predloženej vlastnej zmenky preukázané, že pôvodným majiteľom zmenky bola spoločnosť POHOTOVOSŤ s.r.o., na rad ktorej vystavila dňa 09.07.2010 žalovaná zmenku, na líci ktorej sa nachádza číslo zmluvy XXXXXXXXX. Práve tieto skutočnosti boli podkladom pre postup súdu prvej inštancie , pretože vznikli pochybnosti, či zmenka vystavená žalovanou má alebo nemá zabezpečovací charakter, či zabezpečovala alebo nezabezpečovala plnenie zo spotrebiteľskej zmluvy, prípadne i zo zmluvy o spotrebiteľskom úvere. 20. V prospech správnosti takéhoto postupu súdu prvého stupňa svedčí aj to, že bol v súlade s následným stanoviskom spoločného zasadnutia občianskoprávneho a obchodného kolégia Najvyššieho súdu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21.Úlohou súdov členských štátov EÚ (ďalej „vnútroštátny súd“) je uplatňovať popri vnútroštátnom práve aj právo Spoločenstva (komunitárne právo), ktoré sa musí v členských štátoch EÚ uplatňovať jednotne. Právo Spoločenstva má tú zvláštnosť, že mení právomoci vnútroštátneho súdu v jeho vzťahu k zákonom. 22.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ESD by účinnosť komunitárneho práva bola „oslabená", keby vnútroštátnym súdom bolo bránené záväzne používať komunitárne právo v súlade s rozhodnutím, či ustálenou judikatúrou Európskeho súdneho dvora. V tomto kontexte je potom možné považovať vnútroštátny súd za „všeobecný komunitárny súd“, ktorý plní dvojitú úlohu; úlohu súdu členského štátu a súdu Spoločenstva. 23. Vnútroštátny súd je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24.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 ukončeniu používania nekalých podmienok v zmluvách uzavretých so spotrebiteľmi zo strany predajcov, alebo dodávateľov. 25. Ak by vnútroštátne právo (prípadne jeho výklad v súdnej praxi) umožňovalo veriteľovi obísť takéto preskúmanie prostredníctvom zmenky, išlo by o pozbavenie užitočného účinku smernice 93/13/EHS (effet utilé).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26.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žalovanej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Pripojením zmluvy o úvere a všeobecných podmienok poskytnutia úveru súd prvej inštancie neporušil koncentračnú zásadu a tým, že účastníkom konania zaslal pripojené listiny, s obsahom ktorých sa oboznámil a tieto posúdil ako dôkazy na zistenie skutkového stavu, neporušil ani princíp kontradiktórnosti súdneho konania a ani rovnosť účastníkov konania. 27.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28.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29.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30. Odvolací súd preto konštatuje, že súd prvej inštancie postupoval v súlade s hmotným právom, keď riešil kauzu zmenky a zmluvu o úvere posúdil ako spotrebiteľskú zmluvu, zmluvu o spotrebiteľskom úvere , obsahujúcu neprijateľné zmluvné podmienky a dospel k záveru o absolútnej neplatnosti uvedenej zmluvy o úvere v zmysle § 39 Obč. zákonníka. Odvolací súd je toho názoru, že pôvodnému majiteľovi zmenky - remitentovi, nevzniklo právo zmenku vyplniť pre absolútnu neplatnosť dohody o vyplňovacom práve, ani zmenku vystavenú žalovaným prijať. Žalobcovi zo zmenky nevzniklo právo na žiadne plnenie. Žalobca ,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 zákonníka. 31. Za skutkovo a právne správny považuje odvolací súd rozsudok súdu prvej inštancie aj vo výroku o náhrade trov konania, o ktorých rozhodol súd prvej inštancie, vychádzajúc zo zásady zodpovednosti za výsledok (zásada úspechu) a miery úspechu, ktorá sa zisťuje tak u žalobcu ako aj u žalovanej. Miera úspechu vo veci závisí od vzťahu meritórneho rozhodnutia k žalobnému petitu. Keďže žalovaná si v konaní náhradu trov neuplatnila a tieto jej ani nevznikli, súd prvej inštancie žalovanej náhradu trov konania správne nepriznal. 32. Z vyššie uvedených dôvodov odvolací súd napadnuté rozhodnutie ako vecne správne v celom rozsahu podľa § 387 ods. 1 a 2 CSP, účinného od 01.07.2016 potvrdil. 33. O náhrade trov odvolacieho konania rozhodol odvolací súd podľa § 396 ods. 1 CSP v spojení s § 255 ods. 1 CSP. Úspešnej žalovanej trovy konania v odvolacom konaní nevznikli, a preto jej ich odvolací súd nepriznal. 34. Toto rozhodnutie prijal senát Krajského súdu v Trenčíne pomerov hlasov tri ku nule (§ 3 ods. 9 zákona č. 757/2004 Z.z.).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https://www.kauzis.sk/judikatura/r/ECLI:SK:KSTN:2016:3113208131.2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