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8Cob/275/2015 z 27. 9. 2016</w:t>
      </w:r>
    </w:p>
    <w:p>
      <w:r>
        <w:t>Rozsudok Krajského súdu Trenčín z 27. septembra 2016, sp. zn. 8Cob/275/2015, ECLI:SK:KSTN:2016:3213201488.2</w:t>
      </w:r>
    </w:p>
    <w:p>
      <w:r>
        <w:t>Súd: Krajský súd Trenčín</w:t>
      </w:r>
    </w:p>
    <w:p>
      <w:r>
        <w:t>Spisová značka: 8Cob/275/2015</w:t>
      </w:r>
    </w:p>
    <w:p>
      <w:r>
        <w:t>ECLI: ECLI:SK:KSTN:2016:3213201488.2</w:t>
      </w:r>
    </w:p>
    <w:p>
      <w:r>
        <w:t>Dátum vydania: 27. 9. 2016</w:t>
      </w:r>
    </w:p>
    <w:p>
      <w:r>
        <w:t>Forma: Rozsudok</w:t>
      </w:r>
    </w:p>
    <w:p>
      <w:r>
        <w:t>Oblasť práva: Obchodné právo</w:t>
      </w:r>
    </w:p>
    <w:p>
      <w:pPr>
        <w:pStyle w:val="Heading2"/>
      </w:pPr>
      <w:r>
        <w:t>Text rozhodnutia</w:t>
      </w:r>
    </w:p>
    <w:p>
      <w:r>
        <w:t>Súd: Krajský súd Trenčín Spisová značka: 8Cob/275/2015 Identifikačné číslo súdneho spisu: 3213201488 Dátum vydania rozhodnutia: 28. 09. 2016 Meno a priezvisko sudcu, VSÚ: JUDr. Darina Legerská ECLI: ECLI:SK:KSTN:2016:3213201488.2 ROZSUDOK V MENE SLOVENSKEJ REPUBLIKY Krajský súd v Trenčíne, ako odvolací súd, v senáte zloženom z predsedníčky senátu JUDr. Dariny Legerskej a členiek senátu Mgr. Ivany Šlesarovej a JUDr. Ivice Čelkovej, v právnej veci žalobcu: CD Consulting s.r.o., so sídlom Politických väzňov 1272/21, Nové Mesto, Praha 1, Česká republika, IČO: 264 29 705, zastúpeného advokátskou kanceláriou Fridrich Paľko, s.r.o., so sídlom Grösslingova 4, 811 09 Bratislava, proti žalovanej: D. F. (predtým T.), bytom J. V. XXXX/XX A. nad A., v spore o zaplatenie zmenkovej sumy 180 Eur s príslušenstvom a zmenkovej odmeny 0,60 Eur, o odvolaní žalobcu proti rozsudku Okresného súdu Bánovce nad Bebravou č. k. 5Cb/15/2014-122 zo dňa 18. júna 2015, takto r o z h o d o l : Odvolací súd p r i p ú š ť a čiastočné späťvzatie žaloby o zaplatenie zmenkového úroku vo výške 0,19 % denne zo zmenkovej sumy, v tejto časti rozsudok súdu prvej inštancie z r u š u j e a konanie v tejto časti z a s t a v u j e . Vo zvyšnej časti odvolací súd rozsudok súdu prvej inštancie p o t v r d z u j e. Žalovanej sa náhrada trov odvolacieho konania n e p r i z n á v a. o d ô v o d n e n i e : 1. Napadnutým rozsudkom v čase platnosti a účinnosti Občianskeho súdneho poriadku súd prvej inštancie zamietol žalobu a žalovanej nepriznal náhradu trov konania. Vo veci rozhodol opätovne, keď Krajský súd v Trenčíne ako súd odvolací uznesením č.k. 8Cob/385/2014-105 zo dňa 03.03.2015 rozsudok súdu prvej inštancie č.k. 5Cb/67/2013-43 zo dňa 29. októbra 2013, ktorým žalobu zamietol a žalovanej náhradu trov konania nepriznal, zrušil a vec vrátil tomuto súdu na ďalšie konanie. Viazaný právnym názorom odvolacieho súdu podľa § 226 O.s.p. vec opätovne prejednal a vo veci rozhodol. Napadnutým rozsudkom súd prvej inštancie zamietol žalobu a žalovanej nepriznal náhradu trov konania. V odôvodnení rozsudku uviedol, že žalobca si uplatnil zaplatenie pohľadávky na tlačive podľa nariadenia Európskeho parlamentu a Rady (ES) č. 861/2007, ktorým sa ustanovuje európske konanie vo veciach s nízkou hodnotou sporu (ďalej len "nariadenie č. 861/2007"). V zmysle ustálenej judikatúry Európskeho súdneho dvora (ESD) je súd v každom štádiu konania a v každom druhu konania povinný ex offo, t. j. z úradnej povinnosti skúmať, či sa nejedná v danej veci o spotrebiteľský právny vzťah a teda či sa na konkrétny právny vzťah použijú právne normy spotrebiteľského práva za účelom zabezpečenia ochrany spotrebiteľa. Preto aj v tomto konaní bol súd povinný z úradnej moci skúmať, či sa nejedná o spotrebiteľský vzťah a to bez ohľadu na to, že sa v danom konaní uplatňuje právo zo zmenky. Z činnosti súdu je pritom známe, že pôvodný remitent - spoločnosť POHOTOVOSŤ s.r.o., v prospech ktorého žalovaná zmenku vystavila a ktorý predmetnú zmenku od žalovanej prijal, sa zaoberá aj poskytovaním spotrebiteľských úverov. Preto si súd zabezpečil zmluvu o spotrebiteľskom úvere na základe ktorej bola predmetná zmenka vystavená, zaslal ju stranám sporu a písomne im oznámil, že vykoná dôkaz oboznámením tejto zmluvy. V zmysle čl. 3 nariadenia č. 861/2007 sa jedná o cezhraničný spor, keďže žalobca má sídlo v Českej republike, teda v inom členskom štáte ako v členskom štáte súdu konajúceho vo veci. Právomoc slovenských súdov na prejednanie a rozhodnutie daného sporu je daná podľa čl. 16 bod 2 nariadenia č. 44/2001 o príslušnosti, uznávaní a výkone súdnych rozhodnutí v občianskych a obchodných veciach, podľa ktorého druhý účastník zmluvy môže žalovať spotrebiteľa len na súdoch členského štátu, v ktorom má spotrebiteľ bydlisko. Za rozhodné právo určil právo Slovenskej republiky. Súd prvej inštancie vo veci rozhodol bez nariadenia ústneho pojednávania, pričom rozhodol na základe predložených listinných dôkazov v spise. Predmetom konania bol nárok žalobcu vyplývajúci z vlastnej vistazmenky vystavenej žalovanou pôvodne vo forme blankozmenky na zabezpečenie nárokov spoločnosti POHOTOVOSŤ, s.r.o., zo zmluvy o úvere. Uvedená zmluva o úvere je spotrebiteľskou zmluvou, keďže napĺňa znaky spotrebiteľskej zmluvy uvedené v § 52 Občianskeho zákonníka. Podľa názoru súdu prvej inštancie sa v danom prípade jedná o spotrebiteľský úver, upravený zákonom o spotrebiteľských úveroch. Po preskúmaní celej zmluvy o úvere vrátane všeobecných podmienok poskytnutia úveru dospel k záveru, že sú koncipované tak, že je v nich hrubým spôsobom narušená rovnováha medzi právami a povinnosťami zmluvných strán, výlučne na prospech veriteľa, obsahujú prakticky len povinnosti dlžníka a práva a výhody veriteľa. Vzhľadom na nerovnosť podmienok účastníkov zmluvy vyjadrenú v takmer všetkých jej ustanoveniach sa celá zmluva (jej obsah i účel) prieči dobrým mravom a je v rozpore so zásadami poctivého obchodného styku, čo spôsobuje jej absolútnu neplatnosť. Z toho dôvodu nemohlo spoločnosti POHOTOVOSŤ, s.r.o., ako veriteľovi z uzatvorenej zmluvy o úvere vzniknúť ani právo na vyplnenie blankozmenky podľa všeobecných podmienok poskytnutia úveru, z čoho vyplýva, že ak zmenka vyplnená bola (napriek tomu, že právo na jej vyplnenie remitentovi nevzniklo), nie je možné sa na základe takto vyplnenej zmenky úspešne domáhať akýchkoľvek práv. Súd prvej inštancie bol toho názoru, že aj keby nebola neplatná celá zmluva o úvere, právo na vyplnenie blankozmenky nemohlo vzniknúť aj z toho dôvodu, že dohoda o vyplnení zmenky (ako súčasť všeobecných podmienok poskytnutia úveru, ktorých obsah a ani konkrétne znenie nebolo so spotrebiteľom individuálne dohodnuté) je neprijateľnou zmluvnou podmienkou a z toho dôvodu je neplatná. V danom prípade súd prvej inštancie považoval dojednanie dohody o vyplnení zmenky za neprijateľnú zmluvnú podmienku podľa § 53 ods. 4 písm. k) Občianskeho zákonníka, pretože ide o podmienku, ktorá za nesplnenie záväzku pripúšťa možnosť veriteľa domáhať sa od spotrebiteľa zaplatenia neprimerane vysokej sumy (úrok 0,25 % denne) ako sankciu spojenú s nesplnením záväzku. Takisto sa jedná o neprijateľnú podmienku podľa § 53 ods. 4 písm. l) Občianskeho zákonníka, nakoľko prijatím zmenky ako zabezpečovacieho prostriedku preniesol dodávateľ povinnosť niesť dôkazné bremeno na spotrebiteľa (napr. v súvislosti s čl. I § 10, § 17 zákona č. 191/1950 Zb.). Na rozdiel od situácie, ktorú predvída ustanovenie čl. I § 10 zákona č. 191/1950 Zb. (vyplnenie zmenky v rozpore s tým, čo bolo dojednané) v danom prípade je celá dohoda o vypĺňacom práve blankozmenky neplatná, čo má taký istý právny dôsledok, ako keby nebolo dojednané vôbec nič. Za takýchto okolností vôbec nevzniklo pôvodnému remitentovi právo na vyplnenie blankozmenky, a teda blankozmenka sa vôbec nestala zmenkou a pôvodný remitent nemal práva a povinnosti zo zmenky, preto ich ani nemohol indosamentom previesť (čl. I § 14 ods. 1 zákona č. 191/1950 Zb.) na žalobcu. Vzhľadom k tomu, že pôvodnému remitentovi nevzniklo právo zmenku prijať ani právo zmenku vyplniť, nevzniklo mu z takejto zmenky ani právo na žiadne plnenie. Preto ani žalobca, ktorý nadobudol rubopisom zmenku, na ktorej vyplnenie právo nevzniklo a ktorá ani nemohla byť vôbec od dlžníka prijatá, sa nemôže na základe takejto zmenky s úspechom domáhať jej vyplatenia. Na základe všetkých vyššie uvedených dôvodov súd dospel k jednoznačnému záveru, že návrhu nie je možné vyhovieť. Rozhodnutie o náhrade trov konania odôvodnil súd prvej inštancie podľa § 142 ods. 1 O.s.p. platného v čase rozhodovania. Náhrada trov konania nebola žalovanej ako úspešnému účastníkovi konania priznaná z dôvodu, že žalovaná si právo na ich náhradu neuplatnila. 2. Proti rozsudku súdu prvej inštancie podal žalobca v zákonom stanovenej lehote, za účinnosti O.s.p., odvolanie z dôvodov, že konanie má inú vadu, ktorá mohla mať za následok nesprávne rozhodnutie vo veci, účastníkovi konania sa postupom súdu odňala možnosť konať pred súdom a napadnuté rozhodnutie vychádza z nesprávneho právneho posúdenia veci. V odvolaní uviedol, že v prejednávanej veci došlo zo strany súdu jeho konaním, ako aj rozhodnutím k porušeniu práva Európskej únie, a to čl. 4, 5 a 7 Nariadenia Európskeho parlamentu a Rady ES č. 861/2007 z 11.07.2007, ktoré má všeobecnú pôsobnosť, je záväzné vo všetkých svojich častiach a je priamo aplikovateľné v Slovenskej republike. Žalovaná nedoručila súdu žiadnu žalobnú odpoveď v súlade s čl. 5 ods. 3 alebo 6 Nariadenia. Súd bol preto povinný postupovať podľa čl. 7 ods. 3 Nariadenia. Súd prvej inštancie vo veci vykonal dokazovanie okrem iného aj oboznámením sa s úverovou zmluvou. Žalobca ani žalovaná dokazovanie úverovou zmluvou nenavrhli. Okresný súd vykonal nikým nenavrhnuté dokazovanie a to bez účasti strán sporu. Svojvoľne rozšíril rozsah vykonaných dôkazov, dokazovanie vykonal nezákonným spôsobom a najmä neumožnil stranám sporu konania vyjadriť sa k vykonanému dokazovaniu, či navrhnúť ďalšie dokazovanie. Žalobca predložil súdu ako dôkaz o svojich nárokoch platnú zmenku, ktorá spĺňa všetky formálne a materiálne náležitosti predpokladané zák. č. 191/1950 Zb. a žalovaná voči forme a obsahu zmenky ani nenamietala. Neexistovala tak žiadna okolnosť, ktorá by odôvodňovala vykonanie ďalších dôkazov nevyhnutných pre rozhodnutie vo veci. V danej veci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Žalovaná mohla na základe čl. 5 ods.3 a 6 Nariadenia vzniesť námietky voči zmenke, ak však tak neurobil, musia byť akékoľvek iné námietky odmietnuté, a to z dôvodu uplatnenia koncentračnej zásady konštruovanej Nariadením. Súd samotný nie je legitimizovaný na to, aby postupom podľa § 120 ods.1, veta prvá O.s.p. vznášal námietky voči zmenke za žalovanú. Ak tak súd učiní, ide o porušenie princípu kontradiktórnosti súdneho konania a rovnosti účastníkov konania, ako súčasti práva na spravodlivé súdne konanie. Súd z vlastnej iniciatívy, bez návrhu žalovanej vykonal dokazovanie, ktoré údajne preukázalo charakter žalovanej ako spotrebiteľa. Žalovaná sa tejto obrany nedovolávala, pohľadávku žalobcu nerozporovala, svojim konaním ju prakticky uznala, súd sám iniciatívne rozširoval okruh dokazovaných skutočností v tom smere, aby získal pre žalovanú dostatočný podklad pre zamietnutie návrhu. Takéto správanie súdu je v právnom štáte neprijateľné a predstavuje výrazný zásah do práva na spravodlivý súdny proces, ktoré je garantované čl. 46 ods.1 Ústavy SR, ako aj čl. 6 Dohovoru o ochrane ľudských práv a základných slobôd. Žalobca v odvolaní tvrdil, že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Okresný súd sa aplikáciou príslušných ustanovení o zmene upravených v zákone č. 191/1950 Sb. vôbec nezaoberal a ignoroval predmet sporu. Predovšetkým ignoroval ustanovenie § 17 ZŠZ, z ktorého vyplýva, že žalovaná vo všeobecnosti nie je oprávnená vznášať tzv. kauzálne námietky voči majiteľovi zmenky, ktoré vyplývajú z jej vzťahov s pôvodným majiteľom zmenky. Ak tak v sporovom konaní nemôže robiť žalovaná,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vykonané bez návrhu. Napadnuté rozhodnutie je prekvapivým rozhodnutím, čo predstavuje odňatie možnosti konať pred súdom. Žalovaná uplatnený nárok nepoprela, no napriek tomu súd uplatnený nárok zamietol. Rozhodnutie súdu a konanie súdu je postihnuté vadou, ktorá mala za následok nesprávne rozhodnutie vo veci, keďže súd porušil poučovaciu povinnosť prekročením ustanovenia § 5 ods.1 O.s.p., ako aj ustanovenia o vykonávaní jednotlivých dôkazných prostriedkov a prihliadol na skutočnosti a dôkazy, na ktoré nebolo možné prihliadnuť, pretože nemali byť vôbec v sporovom konaní vedenom podľa Nariadenia vykonané bez návrhu. Žalobca navrhol rozhodnutie okresného súdu zmeniť tak, že návrhu na uplatnenie pohľadávky odvolací súd v celom rozsahu vyhovie a prizná žalobcovi právo na náhradu trov odvolacieho konania, ktoré v odvolaní vyčíslil. 3. K odvolaniu žalobcu sa žalovaná nevyjadrila. 4. Písomným podaním, ktoré došlo súdu prvej inštancie dňa 23.12.2015, zobral žalobca žalobu v časti o zaplatenie zmenkového úroku vo výške 0,19 % denne zo zmenkovej sumy z uplatneného zmenkového úroku vo výške 0,25 % denne zo zmenkovej sumy žalobu späť. Z dôvodu späťvzatia žalobca žiadal, aby súd priznal zmenkový úrok len v časti 0,06 % denne zo zmenkovej sumy. 5. Odvolací súd doručil uvedené čiastočné späťvzatie žaloby žalovanej s výzvou, aby sa v lehote 10 dní vyjadril, či s týmto čiastočným späťvzatím súhlasí. Žalovaná na výzvu súdu nereagovala. 6. Od 1. júla 2016 nadobudol účinnosť zákon č. 160/2015 Z.z. Civilný sporový poriadok (ďalej len CSP), ktorým bol zrušený zákon č. 99/1963 Zb. O.s.p. v znení neskorších predpisov. 7. Podľa § 370 ods. 1 CSP ak je žaloba vzatá späť po rozhodnutí súdu prvej inštancie, ale skôr, ako rozhodnutie nadobudlo právoplatnosť, odvolací súd rozhodne o pripustení späťvzatia. Podľa ods. 2 tohto ustanovenia súd späťvzatie nepripustí, ak s tým protistrana z vážnych dôvodov nesúhlasí. Ak späťvzatie žaloby pripustí, odvolací súd zruší rozhodnutie súdu prvej inštancie a konanie zastaví. Podľa ods. 3 tohto ustanovenia ak je žaloba vzatá späť sčasti, použijú sa ustanovenia predchádzajúcich odsekov primerane. 8. Podľa § 370 ods. 2 CSP súd späťvzatie nepripustí, ak s tým protistrana z vážnych dôvodov nesúhlasí. Pretože žalovaná nevyslovila nesúhlas s čiastočným späťvzatím žaloby, ani neuviedla žiadne vážne dôvody, odvolací súd na základe procesného úkonu žalobcu, ktorým vzal žalobu čiastočne späť, konštatoval bez nariadenia odvolacieho pojednávania postupom podľa § 385 ods. 1 CSP, že boli splnené podmienky pre aplikáciu ustanovenia § 370 CSP ods. 1, 2 a 3. Odvolací súd pripustil čiastočné späťvzatie žaloby, rozsudok súdu prvej inštancie v tejto časti zrušil a konanie zastavil. 9. Krajský súd v Trenčíne ako odvolací súd preskúmal vec na podklade podaného odvolania podľa § 379 a § 380 ods. 1, 2 CSP a dospel k záveru, že napadnutý rozsudok súdu prvej inštancie je potrebné v celom rozsahu ako vecne správny podľa § 387 ods. 1 CSP potvrdiť. Odvolací súd tak rozhodol bez nariadenia pojednávania v zmysle ustanovenia § 385 ods. 1 CSP, keď v danej veci nebolo potrebné zopakovať alebo doplniť dokazovanie a nariadenie pojednávania nevyžadoval ani dôležitý verejný záujem. 10. Podľa § 470 ods. 1 CSP, ak nie je ustanovené inak, platí tento zákon aj na konania začaté predo dňom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Preskúmaním obsahu spisu odvolací súd zistil, že súd prvej inštancie vykonal dokazovanie dostatočným spôsobom, dôkladne sa zaoberal tvrdeniami a dôkazmi účastníkov konania, dôkazy správne v súlade so zásadami v § 191 CSP a zo zisteného skutkového stavu vyvodil správny právny záver, keď s poukazom na ním citované ustanovenia Občianskeho zákonníka, Obchodného zákonníka, zákona o spotrebiteľských úveroch a zákona zmenkového a šekového žalobu zamietol a žalovanej ako úspešnému účastníkovi konania náhradu trov konania potrebných na účelné uplatňovanie a bránenie práva nepriznal. Svoje rozhodnutie súd prvej inštancie podrobne a presvedčivo odôvodnil v súlade s požiadavkami § 220 ods. 2 CSP. Odvolací súd sa v celom rozsahu stotožňuje s odôvodnením napadnutého rozsudku a konštatuje správnosť jeho dôvodov, na ktoré v podrobnostiach odkazuje (§ 387 ods. 2 CSP). 13. Žalobca v odvolaní proti rozsudku súdu prvej inštancie namietal, že súd prvej inštancie vykonal nikým nenavrhnuté dokazovanie, svojvoľne rozšíril rozsah dokazovania, a najmä neumožnil účastníkom konania vyjadriť sa k vykonanému dokazovaniu (koncentračná zásada v zmysle čl. 5 Nariadenia). Poukázal na to, že súd samotný nie je legitimizovaný vznášal za žalovanú námietky voči zmenke, pretože tým porušil princíp kontradiktórnosti konania a rovnosti účastníkov konania ako súčasti práva na spravodlivý proces. 14.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15.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konania alebo prostredníctvom elektronickej komunikácie, ako je elektronická pošta alebo telekonferencia, prípadne inými spôsobmi, ktoré sú povolené v zmysle vnútroštátneho práva. 16. Jedna zo zásadných odvolacích námietok žalobcu tkvela v tom, že žalovaná nedoručil súdu žalobnú odpoveď a preto mal súd prvej inštancie vo veci rozhodnúť vyhovujúcim rozhodnutím. Tento názor je však principiálne nesprávny. Článok 4 Nariadenia upravuje zjednodušený, a v zásade písomný spôsob vedenia konania s nízkou hodnotou sporu a môže vzbudiť dojem, že súd nemá k dispozícii iné dôkazné prostriedky než v ňom uvedené, a nemá v zásade možnosť oboznámiť sa s inými písomnými dôkazmi, napr. so spotrebiteľskou zmluvou. Podľa názoru odvolacieho súdu nebolo však cieľom Nariadenia obmedziť sudcov pri zadovážení si dôkazov potrebných pre rozhodnutie veci, ale umožniť im využívanie technických a iných prostriedkov v záujme tohto, aby dokazovanie prebehlo čo najjednoduchším a najmenej zaťažujúcim spôsobom (čl. 9 ods. 3 Nariadenia). Z článkov 8 a 9 Nariadenia jednoznačne vyplýva, že aj v konaniach s nízkou hodnotou sporu je zachovaná možnosť sudcu vykonať potrebné dokazovanie a napr. aj nariadiť ústne pojednávanie, ak to považuje za potrebné. Aj napriek zjednodušenej forme tohto druhu konania považoval odvolací súd za správny postup súdu prvej inštancie, riadiaceho sa ustálenou judikatúrou Súdneho dvora, v zmysle ktorej je súd povinný ex offo prihliadať na nekalosť zmluvných podmienok v spotrebiteľských zmluvách. Aj keď vo všeobecnosti súčasné procesné predpisy prenechávajú do značnej miery smerovanie konania v dispozícii účastníka (zvyšujúci sa dôraz na dispozitívnosť a kontradiktórnosť konania), nemožno pripustiť, aby sa súdy (sudcovia), dostali do postavenia, aby len automaticky vytvárali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Ani náležitý procesný postup tak nemôže, za žiadnych okolností, viesť k vydaniu rozhodnutia, ktoré by učinilo vykonateľným nárok založený na takých excesoch, ako je zjavná absolútna neplatnosť právneho úkonu, zneužitie práva, šikanózny výkon práva a podobne. To neznamená, že by zodpovednosť za výsledok sporu nemala byť zásadne na účastníkovi a ani to, že by súd mal nahrádzať jeho pasivitu. Je však potrebné vnímať hranicu, po ktorú môže byť nepriaznivý výsledok sporu odôvodniteľný prístupom účastníka k uplatneniu svojich práv v konaní, ale za ktorou je súd povinný zamedziť tomu, aby svojou autoritou aproboval nežiaduce použitie práva.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to aj za situácie, že žalovaná v žalobnej odpovedi nárok prípadne akceptovala), a bol oprávnený aj na vykonanie nenavrhovaných dôkazov, pretože boli nevyhnutné pre také rozhodnutie vo veci, ktoré zabránilo aprobovaniu zjavne neprimeraného použitia zmenky. 17. Žalobou v predpísanej podobe (tlačivo A) podanou podľa článku 4 ods. 1 Nariadenia Európskeho parlamentu a Rady (ES) č. 861/2007, ktorým sa ustanovuje európske konanie vo veciach s nízkou hodnotu sporu, sa žalobca proti žalovanej domáhal zaplatenia zmenkovej sumy, príslušenstva, zmenkovej odmeny a náhrady trov konania.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CSP. 18. Odvolací súd v konaní nezistil, že pred súdom prvej inštancie došlo k vadám v postupe súdu podľa čl. 7 ods. 1 Nariadenia pri posudzovaní procesných otázok v priebehu konania. Podľa čl. 5 ods. 2, 3 Nariadenia vyzval súd žalovanú tlačivom C na odpoveď na ktorú žalovaná nereagoval. Z úradnej činnosti súd prvej inštancie pripojil do spisu zmluvu o úvere a všeobecné podmienky poskytnutia úveru, ktoré zaslal účastníkom konania na vyjadrenie s tým, že súd vykoná dôkaz ich oboznámením. Podľa § 100 ods. 1 posledná veta O.s.p., platného v čase procesného postupu, vykonal súd prvej inštancie predbežné právne posúdenie veci. Zároveň súd prvej inštancie zaslal stranám sporu poučenie o ich procesných právach, ktoré títo prevzali. Pripojením listín bez návrhu účastníkov konania, vykonal súd prvej inštancie skutkové zistenia, ktoré posúdil ako právne významné pre rozhodnutie o uplatnenom nároku a následne rozhodol vo veci bez nariadenia pojednávania a podľa článku 7 ods. 1 Nariadenia a vo veci verejne vyhlásil rozsudok. Žalobca preto nemôže tvrdiť, že napadnuté rozhodnutie je prekvapivým rozhodnutím. 19. Preskúmaním obsahu súdneho spisu odvolací súd zistil, že žalobca mal objektívnu možnosť vyjadriť sa ku všetkým skutočnostiam a dôkazom, ktoré súd prvej inštancie pripojil do spisu bez návrhu účastníkov konania ktoré pri rozhodovaní posúdil ako významné pre zistenie skutkového stavu a právne posúdenie žalobcom uplatneného peňažného nároku. Súd prvej inštancie mal možnosť vykonať aj iné dôkazy ako tie, ktoré navrhli strany sporu za účelom zistenia skutkového stavu, zvlášť za situácie aká nastala v danom spore. Išlo vlastne o prelomenie zásady formálnej pravdy v sporovom konaní. Tento postup je výnimočný a je možné ho využiť vtedy, keď je vykonanie nenavrhnutých dôkazov nevyhnutné pre rozhodnutie vo veci. Súd prvej inštancie mal zo žalobcom predloženej vlastnej zmenky preukázané, že pôvodným majiteľom zmenky bola spoločnosť POHOTOVOSŤ s.r.o., na rad ktorej vystavila dňa 02.04.2009 žalovaná zmenku, na líci ktorej sa nachádza číslo zmluvy XXXXXXX. Práve tieto skutočnosti boli podkladom pre postup súdu prvej inštancie, pretože vznikli pochybnosti, či zmenka vystavená žalovanou má alebo nemá zabezpečovací charakter, či zabezpečovala alebo nezabezpečovala plnenie zo spotrebiteľskej zmluvy, prípadne i zo zmluvy o spotrebiteľskom úvere. 20. V prospech správnosti takéhoto postupu súdu prvej inštancie svedčí aj to, že bol v súlade s následným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21. Úlohou súdov členských štátov EÚ (ďalej „vnútroštátny súd“) je uplatňovať popri vnútroštátnom práve aj právo Spoločenstva (komunitárne právo), ktoré sa musí v členských štátoch EÚ uplatňovať jednotne. Právo Spoločenstva má tú zvláštnosť, že mení právomoci vnútroštátneho súdu v jeho vzťahu k zákonom. 22.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23. Vnútroštátny súd je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a dosiahol tak súlad s článkom 249 tretím odsekom ZES (Zmluva o založení Európskeho spoločenstva). 24. Predovšetkým platí, že pokiaľ ide o spotrebiteľskú zmluvu (napr. aj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odradzujúci účinok, smerujúci k ukončeniu používania nekalých podmienok v zmluvách uzavretých so spotrebiteľmi zo strany predajcov, alebo dodávateľov. 25. Ak by vnútroštátne právo (prípadne jeho výklad v súdnej praxi) umožňovalo veriteľovi obísť takéto preskúmanie prostredníctvom zmenky, išlo by o pozbavenie užitočného účinku smernice 93/13/EHS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26.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žalovaná postavenie spotrebiteľa.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Z ustanovenia § 17 zákona č. 191/150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žalovanej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Pripojením zmluvy o úvere a všeobecných podmienok poskytnutia úveru súd prvej inštancie neporušil koncentračnú zásadu a tým, že stranám sporu zaslal pripojené listiny, s obsahom ktorých sa oboznámil a tieto posúdil ako dôkazy na zistenie skutkového stavu, neporušil ani princíp kontradiktórnosti súdneho konania a ani rovnosť strán sporu. 27.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28.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29.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30. Odvolací súd preto konštatuje, že súd prvej inštancie postupoval v súlade s hmotným právom, keď riešil kauzu zmenky a zmluvu o úvere posúdil ako spotrebiteľskú zmluvu, zmluvu o spotrebiteľskom úvere , obsahujúcu neprijateľné zmluvné podmienky a dospel k záveru o absolútnej neplatnosti uvedenej zmluvy o úvere v zmysle § 39 Obč. zákonníka. Odvolací súd je toho názoru, že pôvodnému majiteľovi zmenky - remitentovi, nevzniklo právo zmenku vyplniť pre absolútnu neplatnosť dohody o vyplňovacom práve, ani zmenku vystavenú žalovanou prijať. Žalobcovi zo zmenky nevzniklo právo na žiadne plnenie. Žalobca,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 zákonníka. 31. Za skutkovo a právne správny považuje odvolací súd rozsudok súdu prvej inštancie aj vo výroku o náhrade trov konania, o ktorých rozhodol súd prvej inštancie, vychádzajúc zo zásady zodpovednosti za výsledok (zásada úspechu) a miery úspechu, ktorá sa zisťuje tak u žalobcu ako aj u žalovanej. Miera úspechu vo veci závisí od vzťahu meritórneho rozhodnutia k žalobnému petitu. Keďže žalovaná si v konaní náhradu trov neuplatnila a tieto jej ani nevznikli, súd prvej inštancie žalovanej náhradu trov konania správne nepriznal. 32. Z vyššie uvedených dôvodov odvolací súd napadnuté rozhodnutie ako vecne správne podľa § 387 ods. 1 a 2 CSP, účinného od 01.07.2016 vo zvyšnej časti potvrdil. 33. O náhrade trov odvolacieho konania rozhodol odvolací súd podľa § 396 ods. 1 CSP v spojení s § 255 ods. 1 CSP. Úspešnej žalovanej trovy konania v odvolacom konaní nevznikli, a preto jej ich odvolací súd nepriznal. 34. Toto rozhodnutie prijal senát Krajského súdu v Trenčíne pomerov hlasov tri ku nule (§ 3 ods. 9 zákona č. 757/2004 Z.z.).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https://www.kauzis.sk/judikatura/r/ECLI:SK:KSTN:2016:3213201488.2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