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Trenčín sp. zn. 23To/120/2016 z 28. 12. 2016</w:t>
      </w:r>
    </w:p>
    <w:p>
      <w:r>
        <w:t>Uznesenie Krajského súdu Trenčín z 28. decembra 2016, sp. zn. 23To/120/2016, ECLI:SK:KSTN:2016:3516010231.2</w:t>
      </w:r>
    </w:p>
    <w:p>
      <w:r>
        <w:t>Súd: Krajský súd Trenčín</w:t>
      </w:r>
    </w:p>
    <w:p>
      <w:r>
        <w:t>Spisová značka: 23To/120/2016</w:t>
      </w:r>
    </w:p>
    <w:p>
      <w:r>
        <w:t>ECLI: ECLI:SK:KSTN:2016:3516010231.2</w:t>
      </w:r>
    </w:p>
    <w:p>
      <w:r>
        <w:t>Dátum vydania: 28. 12. 2016</w:t>
      </w:r>
    </w:p>
    <w:p>
      <w:r>
        <w:t>Forma: Uznesenie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Krajský súd Trenčín Spisová značka: 23To/120/2016 Identifikačné číslo súdneho spisu: 3516010231 Dátum vydania rozhodnutia: 29. 12. 2016 Meno a priezvisko sudcu, VSÚ: JUDr. Ondrej Samaš ECLI: ECLI:SK:KSTN:2016:3516010231.2 Uznesenie Podľa § 312 ods. 4 Tr. por. b e r i e m n a v e d o m i e vzatie odvolania späť obžalovaným L. nar. XX.X.XXXX v A., trvale bytom F., t.č. v inej veci vo výkone trestu odňatia slobody v ÚVTOS Ilava, ktoré podal proti rozsudku Okresného súdu Nové Mesto nad Váhom sp. zn. 2T/111/2016 zo dňa 25. novembra 2016. r o z h o d o l : Podľa § 312 ods. 4 Tr. por. b e r i e m n a v e d o m i e vzatie odvolania späť obžalovaným C. nar. XX.X.XXXX v A., trvale bytom F., t.č. v inej veci vo výkone trestu odňatia slobody v H. I., ktoré podal proti rozsudku Okresného súdu Nové Mesto nad Váhom sp. zn. 2T/111/2016 zo dňa 25. novembra 2016. o d ô v o d n e n i e : Rozsudkom súdu prvého stupňa bol obžalovaný L. U. uznaný vinným z prečinu marenia výkonu úradného rozhodnutia podľa § 348 ods. 1 písm. a) Tr. zák. Bol za to odsúdený podľa § 348 ods. 1 Tr. zák. s použitím §§ 38 ods. 2, 36 písm. l), 37 písm. m) Tr. zák. k trestu odňatia slobody na 6 mesiacov nepodmienečne, pre výkon ktorého trestu bol podľa § 48 ods. 2 písm. b) Tr. zák. zaradený do ústavu na výkon trestu so stredným stupňom stráženia. Proti tomuto rozsudku podal v zákonnej lehote odvolanie obžalovaný jednak sám ako aj prostredníctvom svojho obhajcu. Dňa 28.12.2016 bol na Okresný súd Nové Mesto nad Váhom doručený list obžalovaného L. U. zo dňa XX.XX.XXXX, v ktorom uviedol, že svoje odvolanie proti vyššieuvedenému rozsudku berie späť a zároveň žiada o správoplatnenie rozsudku súdu prvého stupňa. Vzhľadom k tomu, že vec už bola predložená súdom prvého stupňa odvolaciemu súdu na rozhodnutie o odvolaní, vyššieuvedené späťvzatie odvolania Okresný súd Nové Mesto nad Váhom predložil dňa 29.12.2016 na Krajský súd Trenčín. Podľa § 312 ods. 2 Tr. por. osoba, ktorá odvolanie podala, môže ho výslovným vyhlásením vziať späť až do doby, než sa odvolací súd odoberie na záverečnú poradu. Podľa § 312 ods. 4 Tr. por. vzatie odvolania späť vezme uznesením na vedomie predseda senátu odvolacieho súdu, ak vec bola tomuto súdu už predložená na rozhodnutie. Z týchto dôvodov som rozhodol tak, ako je to uvedené vo výrokovej časti tohto uznesenia. Poučenie: Proti tomuto uzneseniu zákon sťažnosť nepripúšťa.</w:t>
      </w:r>
    </w:p>
    <w:p/>
    <w:p>
      <w:r>
        <w:t>Zdroj: KAUZIS.SK – https://www.kauzis.sk/judikatura/r/ECLI:SK:KSTN:2016:3516010231.2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