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12Sd/184/2015 z 13. 4. 2016</w:t>
      </w:r>
    </w:p>
    <w:p>
      <w:r>
        <w:t>Rozsudok Krajského súdu Trenčín z 13. apríla 2016, sp. zn. 12Sd/184/2015, ECLI:SK:KSTN:2016:4015200711.2</w:t>
      </w:r>
    </w:p>
    <w:p>
      <w:r>
        <w:t>Súd: Krajský súd Trenčín</w:t>
      </w:r>
    </w:p>
    <w:p>
      <w:r>
        <w:t>Spisová značka: 12Sd/184/2015</w:t>
      </w:r>
    </w:p>
    <w:p>
      <w:r>
        <w:t>ECLI: ECLI:SK:KSTN:2016:4015200711.2</w:t>
      </w:r>
    </w:p>
    <w:p>
      <w:r>
        <w:t>Dátum vydania: 13. 4. 2016</w:t>
      </w:r>
    </w:p>
    <w:p>
      <w:r>
        <w:t>Forma: Rozsudok</w:t>
      </w:r>
    </w:p>
    <w:p>
      <w:r>
        <w:t>Oblasť práva: Správne právo</w:t>
      </w:r>
    </w:p>
    <w:p>
      <w:pPr>
        <w:pStyle w:val="Heading2"/>
      </w:pPr>
      <w:r>
        <w:t>Text rozhodnutia</w:t>
      </w:r>
    </w:p>
    <w:p>
      <w:r>
        <w:t>Súd: Krajský súd Trenčín Spisová značka: 12Sd/184/2015 Identifikačné číslo súdneho spisu: 4015200711 Dátum vydania rozhodnutia: 14. 04. 2016 Meno a priezvisko sudcu, VSÚ: JUDr. Juraj Florovič ECLI: ECLI:SK:KSTN:2016:4015200711.2 ROZSUDOK V MENE SLOVENSKEJ REPUBLIKY Krajský súd v Trenčíne samosudcom JUDr. Jurajom Florovičom v právnej veci navrhovateľky: K. proti odporkyni: Sociálna poisťovňa, ústredie, Bratislava, Ul. 29. augusta č. 8, o preskúmanie zákonnosti rozhodnutia odporkyne č. XXX XXX XXXX X zo dňa 4. júna 2015, takto r o z h o d o l : Krajský súd p o t v r d z u j e rozhodnutie odporkyne č. XXX XXX XXXX X zo dňa 4. júna 2015 v spojení so zmenovým rozhodnutím odporkyne č. XXX XXX XXXX X. zo dňa 2. júla 2015, v spojení so zmenovým rozhodnutím č. XXX XXX XXXX X zo dňa 30. júla 2015 a rozhodnutie odporkyne č. XXX XXX XXXX X. zo dňa 30. júla 2015, ktorým podľa § 112 ods. 1 zákona č. 461/2003 Z. z. o sociálnom poistení bolo zrušené napadnuté rozhodnutie odporkyne č. XXX XXX XXXX X zo dňa 04. júna 2015 a rozhodnutie odporkyne č. XXX XXX XXXX X zo dňa 02. júla 2015 podľa § 250q ods. 2 O.s.p.. Krajský súd n e p r i z n á v a odporkyni náhradu trov konania. o d ô v o d n e n i e : Rozhodnutím odporkyne č. XXX XXX XXXX X zo dňa 4. júna 2015 bol na podklade zákonného ustanovenia § 70 ods. 2 a 82 zákona č. 461/2003 Z. z. o sociálnom poistení v znení neskorších predpisov navrhovateľke od 4. septembra 2011 priznaný invalidný dôchodok v sume 129,50 Eur mesačne. Podľa § 82 zákona č. 461/2003 Z. z. o sociálnom poistení v znení neskorších predpisov a v súlade s opatrením Ministerstva práce, sociálnych vecí a rodiny Slovenskej republiky č. 344/2011 Z.z., ktoré ustanovuje percento zvýšenia dôchodkovej dávky, navrhovateľke od 1. januára 2012 zvýšila invalidný dôchodok na sumu 133,80 Eur mesačne. Podľa § 82 a § 293ce zákona č. 461/2003 Z. z. o sociálnom poistení v znení neskorších predpisov a § 1 opatrenia Ministerstva práce, sociálnych vecí a rodiny Slovenskej republiky č. 329/2013 Z.z., ktorým sa ustanovuje pevná suma zvýšenia dôchodkovej dávky a percento zvýšenia úrazovej renty, navrhovateľke od 1. januára 2013 zvýšila invalidný dôchodok na sumu 139,70 Eur mesačne. Podľa § 82 zákona č. 461/2003 Z. z. o sociálnom poistení v znení neskorších predpisov a § 1 opatrenia Ministerstva práce, sociálnych vecí a rodiny Slovenskej republiky č. 329/2014 Z.z., ktorým sa ustanovuje pevná suma zvýšenia dôchodkovej dávky a percento zvýšenia úrazovej renty, navrhovateľke od 1. januára 2014 zvýšila invalidný dôchodok na sumu 144,20 Eur mesačne. Podľa § 82 a § 293ce zákona č. 461/2003 Z. z. o sociálnom poistení v znení neskorších predpisov a § 1 opatrenia Ministerstva práce, sociálnych vecí a rodiny Slovenskej republiky č. 295/2014 Z.z., ktorým sa ustanovuje pevná suma zvýšenia dôchodkovej dávky a percento zvýšenia úrazovej renty, navrhovateľke od 1. januára 2015 zvýšila na sumu 146,90 Eur mesačne. Svoje rozhodnutie odôvodnila tým, že podľa posudku posudkového lekára sociálneho poistenia Sociálnej poisťovne, pobočka Topoľčany zo dňa 4. mája 2015 je invalidná podľa § 71 ods. 1 zák. č. 461/2003 Z.z. o sociálnom poistení, lebo pre dlhodobo nepriaznivý zdravotný stav má pokles schopnosti vykonávať zárobkovú činnosť o viac ako 40% v porovnaní so zdravou fyzickou osobou na účely § 70 ods. 2 zákona č. 461/2003 Z.z. o sociálnom poistení v znení zákona č. 439/2004 Z.z. s mierou poklesu schopnosti vykonávať zárobkovú činnosť v percentách 45%. Invalidita vznikla v čase nezaopatrenosti dňom XX. júna XXXX. . Navrhovateľka v zákonom stanovenej lehote podala návrh na preskúmanie vyššie uvedeného rozhodnutia, namietala výšku invalidného dôchodku, že jej nebolo započítané obdobie od 1. októbra 2010 do 1. októbra 2010 a vymeriavací základ, z ktorého zaplatila poistné na dôchodkové poistenie. Odporkyňa zdôraznila, že navrhovateľke bol priznaný invalidný dôchodok podľa ustanovenia § 70 ods. 2 zákona č. 461/2003 Z. z. o sociálnom postení v znení neskorších predpisov do 04. septembra 2011. Tým, že bola uznaná za invalidnú podľa § 70 ods. 2, navrhovateľke vznikol nárok na invalidný dôchodok v období, v ktorom je nezaopatreným dieťaťom. Nárok na tento dôchodok vzniká dovŕšením 18 rokov veku. Pokiaľ ide o doplatenie poistného, ktoré navrhovateľka dodatočne zaplatila dňa 19. mája 2015 za obdobie od 01. októbra 2010 do 01. októbra 2010, toto ani nemohlo byť zhodnotené, pretože vznikla invalidita z mladosti. Dodatočné doplatenie poistného bolo 19. mája 2015, teda po posúdení jej zdravotného stavu posudkovým lekárom, ktoré bolo dňa 04. mája 2015. Uvedené rozhodnutia žiadala ako vecne správne potvrdiť. Krajský súd postupom podľa § 250l a nasl. O.s.p. preskúmal napadnuté rozhodnutie odporkyne č. XXX XXX XXXX X . zo dňa 4. júna 2015 v spojení so zmenovým rozhodnutím odporkyne č. XXX XXX XXXX X zo dňa 30. júla 2015, v spojení so zmenovým rozhodnutím zo dňa 2. júla 2015 a rozhodnutie odporkyne č. XXX XXX XXXX X zo dňa 30. júla 2015, ktorým podľa § 112 ods. 1 zákona č. 461/2003 Z. z. o sociálnom poistení, boli zrušené napadnuté rozhodnutie odporkyne č. XXX XXX XXXX X zo dňa 04. júna 2015 a rozhodnutie odporkyne č. XXX XXX XXXX X zo dňa 02. júla 2015 a postup, ktorý im predchádzal v rozsahu dôvodov odvolania a dospel k záveru, že napadnuté rozhodnutia sú v súlade so zákonom a podľa § 250q ods. 2 O.s.p. ich bolo potrebné potvrdiť. Krajský súd vykonal dokazovanie oboznámením sa s obsahom súdneho a administratívneho spisu, výsluchom účastníkov konania, ich písomnými vyjadreniami a zistil, že zdravotný stav navrhovateľky na základe jej žiadosti spísanej sociálnou poisťovňou zo dňa 04.05.2015, dátumom uplatnenia si invalidného dôchodku dňom 06. augusta 2014, bol posudzovaný zdravotný stav navrhovateľky posudkovým lekárom sociálneho poistenia Sociálnej poisťovne, pobočka Topoľčany dňa 4. mája 2015. Posudkový lekár dňa 4.mája 2014 rozhodol tak, že navrhovateľka je invalidná podľa § 71 ods. 1 zákona č.461/2003 Z. z. o sociálnom poistení v znení neskorších predpisov, lebo pre dlhodobo nepriaznivý zdravotný stav má pokles schopnosti vykonávať zárobkovú činnosť o viac ako 40% v porovnaní so zdravou fyzickou osobou na účely § 70 ods. 2 zákona č. 461/2003 Z. z. o sociálnom poistení v znení zákona č. 439/2004 Z. z.. K hore uvedenému záveru dospel posudkový lekár po lekárskom vyšetrení navrhovateľky a zhodnotení lekárskych nálezov. Posudkový lekár sa zaoberal v posudku pracovnou, sociálnou, objektívnou anamnézou navrhovateľky, jej subjektívnymi ťažkosťami a dospel k záveru, že rozhodujúcim zdravotným postihom navrhovateľky je Reumatoidná artritída II. štádium na biologickej liečbe s mierou poklesu schopnosti vykonávať zárobkovú činnosť v percentách podľa prílohy 4. kapitola XV., oddiel A., položka 1. písm. b) zákona č. 461/2003 Z. z. o sociálnom poistení v znení neskorších predpisov na 35%. Za iné zdravotné postihnutia zvýšil percentuálnu mieru poklesu o 10%, celkovo 45%. Podľa posudkového záveru navrhovateľka je invalidná podľa § 71 ods. 1 zákona č. 461/2003 Z.z. o sociálnom poistení v znení neskorších predpisov, lebo pre dlhodobo nepriaznivý zdravotný stav má pokles schopnosti vykonávať zárobkovú činnosť o viac ako 40% v porovnaní so zdravou fyzickou osobou na účely § 70 ods. 2 zákona č. 461/2003 Z. z. o sociálnom poistení v znení zákona č. 439/2004 Z.z.. Miera poklesu schopnosti vykonávať zárobkovú činnosť v percentách celkovo 45%. Dátum vzniku invalidity uviedol, že táto vznikla v čase nezaopatrenosti od XX. júna XXXX. V celkovom posudku uviedol, že navrhovateľka, 21-ročná začala mať od 05/2011 opuchy a bolesti viacerých kĺbov, preto bola dňa 26.06.2011 prvýkrát vyšetrená reumatológom, ktorý na základe klinického obrazu a výsledkov vyšetrení konštatoval rozvoj reumatickej artritídy. Od začiatku ochorenia je sledovaná v NURCH Piešťany, kde pre polyartikulárne - viackĺbne postihnutie a vysokú klinickú a humorálnu aktivitu začatá liečba kortikoidmi, antireumatikami a antimalarikami, pre neúspech liečby nastavená na biologickú liečbu. Sú prítomné mierne RTG zmeny na viacerých drobných kĺboch. Nakoľko je pri liečbe progresia ochorenia, určil 35%. Okrem toho je sledovaná a liečená gastroenterológom pre chronické zažívacie ťažkosti so zápalom žalúdka, po prekonanom zápale obličiek sledovaná aj nefrológom, zatiaľ s priemernou funkciou obličiek. Má zistený cievny nádor mozgu, zatiaľ bez príznakov nervového postihnutia. Má ploché nohy. Spolu tieto ochorenia podmieňujú 10% navýšenie. Dátum vzniku na účely § 70 ods. 2 určil v čase nezaopatrenosti, dátum vzniku invalidity na účely § 70 ods. 2 zák. určil od XX. júna XXXX, s mierou poklesu schopnosti vykonávať zárobkovú činnosť v percentách 45%. Následne odporkyňa vydala rozhodnutie č. XXX XXX XXXX X dňa 4. júna 2015, ktorým navrhovateľke od 4. septembra 2011 priznala invalidný dôchodok v sume 129,50 Eur mesačne, od 1. januára 2012 invalidný dôchodok zvýšila na sumu 133,80 Eur mesačne, od 1. januára 2013 na sumu 139,70 Eur, od 1. januára 2014 na sumu 144,20 Eur mesačne a od 1. januára 2015 na sumu 146,90 Eur mesačne. V priebehu konania (po podaní opravného prostriedku) odporkyňa vydala zmenové rozhodnutie č. XXX XXX XXXX X dňa 2. júla 2015, ktorým na podklade § 70 ods. 2 a 82 zákona č. 461/2003 Z. z. o sociálnom poistení v znení neskorších predpisov navrhovateľke od 4. septembra 2011 priznala invalidný dôchodok v sume 129,50 Eur mesačne. Podľa § 82 zákona č. 461/2003 Z. z. o sociálnom poistení v znení neskorších predpisov a v súlade s opatrením Ministerstva práce, sociálnych vecí a rodiny Slovenskej republiky č. 344/2011 Z.z., ktoré ustanovuje percento zvýšenia dôchodkovej dávky, navrhovateľke od 1. januára 2012 zvýšila invalidný dôchodok na sumu 133,80 Eur mesačne. Podľa § 82 a § 293ce zákona č. 461/2003 Z. z. o sociálnom poistení v znení neskorších predpisov a § 1 opatrenia Ministerstva práce, sociálnych vecí a rodiny Slovenskej republiky č. 329/2013 Z.z., ktorým sa ustanovuje pevná suma zvýšenia dôchodkovej dávky a percento zvýšenia úrazovej renty, navrhovateľke od 1. januára 2013 zvýšila invalidný dôchodok na sumu 139,70 Eur mesačne. Podľa § 82 zákona č. 461/2003 Z. z. o sociálnom poistení v znení neskorších predpisov a § 1 opatrenia Ministerstva práce, sociálnych vecí a rodiny Slovenskej republiky č. 329/2014 Z.z., ktorým sa ustanovuje pevná suma zvýšenia dôchodkovej dávky a percento zvýšenia úrazovej renty, navrhovateľke od 1. januára 2014 zvýšila invalidný dôchodok na sumu 144,20 Eur mesačne. Podľa § 82 a § 293ce zákona č. 461/2003 Z. z. o sociálnom poistení znení neskorších predpisov a § 1 opatrenia Ministerstva práce, sociálnych vecí a rodiny Slovenskej republiky č. 295/2014 Z. z., ktorým sa ustanovuje pevná suma zvýšenia dôchodkovej dávky a percento zvýšenia úrazovej renty, navrhovateľke od 1. januára 2015 zvýšila na sumu 146,90 Eur mesačne. Týmto mení svoje rozhodnutie č. XXX XXX XW. dňa 4. júla 2015 s odôvodnením, že zmena nastala iba v dátume vydania rozhodnutia. Odporkyňa ďalším zmenovým rozhodnutím č. XXX XXX XXXX X zo dňa 30. júla 2015 na podklade § 70 ods. 2 a § 82 zákona č. 461/2003 Z. z. o sociálnom poistení v znení neskorších predpisov navrhovateľke od 4. septembra 2011 priznala invalidný dôchodok v sume 129,50 Eur mesačne, od 1. januára 2012 invalidný dôchodok zvýšila na sumu 133,80 Eur mesačne, od 1. januára 2013 na sumu 139,70 Eur, od 1. januára 2014 na sumu 144,20 Eur mesačne a od 1. januára 2015 na sumu 146,90 Eur mesačne. V odôvodnení rozhodnutie doplnila o tú skutočnosť, že poistencovi, ktorému vznikol nárok na invalidný dôchodok podľa § 70 ods. 2 zákona č. 461/2003 Z.Z. o sociálnom poistení v znení neskorších prepisov a dodatočne zaplatil poistné na dôchodkové poistenie podľa § 142 ods. 3 zákona č. 461/2003 Z. z. o sociálnom poistení až po posúdení zdravotného stavu sa suma invalidného dôchodku určí tak, že na toto dodatočné zaplatenie poistného sa neprihliadne. S ohľadom na túto skutočnosť navrhovateľke obdobie dôchodkového poistenia a sumu vymeriavacieho základu od 1. októbra 2010 do 1. októbra 2010 (dodatočne zaplatenie poistného na dôchodkové poistenie podľa § 142 ods. 3 zákona č. 461/2003 Z. z. o sociálnom poistení) nezhodnotila. Týmto pozmenila svoje rozhodnutie č. XXX XXX XXXX X. zo dňa 4. júna 2015. Ďalším vydaným rozhodnutím č. XXX XXX XXXX X zo dňa 30. júla 2015 odporkyňa na podklade § 112 ods. 1 zákona č. 461/2003 Z. z. o sociálnom poistení zrušila svoje rozhodnutia č. XXX XXX XXXX X zo dňa 4. júna 2015 a zo dňa 2. júla 2015, nakoľko boli nesprávne vydané. Navrhovateľka bola vypočutá ako účastníčka konania. Uviedla, že naďalej na podanom opravnom prostriedku trvá. Opätovne uviedla, že odporkyňa jej nezapočítala obdobie od 01.10.2010 do 01.10.2010, ide o obdobie štúdia na strednej škole na Obchodnej akadémii v Trenčíne. Odporkyňou bola poučená o tom, že má si doplatiť poistné, to doplatila 19.05.2015. Pokiaľ po podaní opravného prostriedku odporkyňa vydala zmenové rozhodnutia, jej toto obdobie nezapočítala. Pokiaľ by odporkyňa započítala toto obdobie, nemala by priznanú sumu invalidného dôchodku v celkovej výške 146,90 Eur, ale by to bolo o niečo vyššie. Z týchto dôvodov žiadala, aby súd napadnuté rozhodnutia zrušil a vec vrátil odporkyni na ďalšie konanie za účelom zhodnotenia dodatočného zaplateného poistného. Podmienky nároku na invalidný dôchodok ustanovuje § 70 ods. 2 zákona č. 461/2003 Z. z. o sociálnom poistení. Podľa § 71 ods. 2 citovaného zákonná je poistenec invalidný, ak pre dlhodobo nepriaznivý zdravotný stav má pokles schopnosti vykonávať zárobkovú činnosť o viac ako 40% v porovnaní so zdravou fyzickou osobou. Priznanie invalidného dôchodku je podmienené podľa § 71 ods. 2 citovaného zákona dlhodobo nepriaznivým stavom, ktorý spôsobuje pokles schopnosti vykonávať zárobkovú činnosť a ktorý má podľa poznatkov lekárskej vedy trvať dlhšie ako jeden rok. Podľa § 71 ods. 3 citovaného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poistenia, ktoré boli zohľadnené na nárok na invalidný výsluhový dôchodok podľa osobitného predpisu. Podľa § 71 ods. 4 citovaného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5 citovaného zákona miera poklesu schopnosti vykonávať zárobkovú činnosť je uvedená v prílohe č. 4. Podľa § 71 ods. 6 citovaného zákona miera poklesu schopnosti vykonávať zárobkovú činnosť v percentách sa určuje podľa zdravotného postihnutia, ktoré je rozhodujúcou príčinou dlhodobo nepriaznivého stavu, a so zreteľom na závažnosť ostatných zdravotných postihnutí. Podľa § 71 ods. 7 citovaného zákona jednotlivé percentuálne miery poklesu schopnosti vykonávať zárobkovú činnosť sa nesčítavajú. Podľa § 71 ods. 8 citovaného zákona mieru poklesu schopnosti vykonávať zárobkovú činnosť možno zvýšiť nad hornú hranicu miery poklesu podľa druhu zdravotného postihnutia, ktoré je rozhodujúcou príčinou dlhodobo nepriaznivého zdravotného stavu,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Podľa § 82 zák. č. 461/2003 Z. z. v znení neskorších predpisov sa suma invalidného dôchodku zvyšuje odo dňa priznania dôchodku o 1,8% (o percentuálnu sadzbu určenú opatrením Ministerstva práce, sociálnych vecí a rodiny Slovenskej republiky č. 344/2011 Z. z.) čo je o 2,30 Eur mesačne, na 129,50 Eur mesačne, od 1. januára 2012 o 3,3% (o percentuálnu sadzbu určenú opatrením Ministerstva práce, sociálnych vecí a rodiny Slovenskej republiky č. 344/2011 Z. z.) čo je o 4,30 Eur mesačne, na 133,80 Eur mesačne, od 1. januára 2013 o 5,90 Eur mesačne (o pevnú sumu zvýšenia invalidného dôchodku ustanovenú v § 1 písm. g) opatrenia Ministerstva práce, sociálnych vecí a rodiny Slovenskej republiky č. 329/2012 Z.z.) na 139,70 Eur mesačne, od 1. januára 2014 o 4,50 Eur mesačne (o pevnú sumu zvýšenia invalidného dôchodku ustanovenú v § 1 písm. g) opatrenia Ministerstva práce, sociálnych vecí a rodiny Slovenskej republiky č. 329/2013 Z.z.) na 144,20 Eur mesačne. Od 1. januára 2015 o 2,70 Eur mesačne (o pevnú sumu zvýšenia invalidného dôchodku ustanovenú v § 1 písm. g) opatrenia Ministerstva práce, sociálnych vecí a rodiny Slovenskej republiky č. 295/2014 Z.z.) 146,90 Eur mesačne. V súdnom konaní sa posudzovaním schopnosti navrhovateľky pracovať zaoberal príslušný posudkový lekár. Podľa § 153 ods. 5 zákona č. 461/2003 Z. z. o sociálnom poistení lekársku posudkovú činnosť pri výkone sociálneho poistenia vykonáva posudkový lekár sociálneho poistenia príslušnej pobočky a posudkový lekár ústredia. Posudkový lekár sociálneho poistenia v konaní o invalidný dôchodok posúdil zdravotný stav navrhovateľky na základe odborných lekárskych nálezov a vlastného vyšetrenia vyhodnotil navrhovateľkin zdravotný stav tak, že je invalidná podľa § 71 ods. 1 zákona č. 461/2003 Z.z. o sociálnom poistení v znení neskorších predpisov, lebo pre dlhodobo nepriaznivý zdravotný stav má pokles schopnosti vykonávať zárobkovú činnosť o viac ako 40% v porovnaní so zdravou fyzickou osobou na účely § 70 ods. 2 zákona č. 461/2003 Z. z. o sociálnom poistení v znení zákona č. 439/2004 Z.z.. Miera poklesu schopnosti vykonávať zárobkovú činnosť v percentách celkovo 45%. Dátum vzniku invalidity uviedol, že táto vznikla v čase nezaopatrenosti od XX. júna XXXX. Na podklade týchto skutočností bol invalidný dôchodok správne priznaný. Navrhovateľka v konaní o opravnom prostriedku predloženými listinnými dôkazmi (odbornými lekárskymi správami) nepreukázala, že jej zdravotný stav odôvodňuje vyššiu mieru poklesu schopnosti vykonávať zárobkovú činnosť v porovnaní so zdravou fyzickou osobou alebo dátum vzniku invalidity. Navrhovateľka má kedykoľvek možnosť požiadať sociálnu poisťovňu o preskúmanie jej zdravotného stavu, pokiaľ by sa jej zdravotný stav výrazne zhoršil. K tvrdeniu navrhovateľky, že jej odporkyňa nezapočítala obdobie od 01.10.2010 do 01.10.2010 - obdobie štúdia na strednej škole na Obchodnej akadémii v Trenčíne, za ktoré obdobie dodatočne doplatila poistné na dôchodkové poistenie je právne irelevantné s poukazom na ustanovenie § 142 ods. 3 zákona č. 461/2003 Z. z., podľa ktorého ustanovenia nie je možné uvedené obdobie zhodnotiť na dôchodkové poistenie, nakoľko toto doplatila až po posúdení jej zdravotného stavu príslušným posudkovým lekárom. O trovách konania bolo rozhodnuté podľa § 250l ods.2 O.s.p. za použitia § 250k ods. l O.s.p., podľa ktorého, ak mal žalobca úspech celkom alebo sčasti, súd mu proti žalovanému prizná právo na úplnú alebo čiastočnú náhradu trov konania. V danom prípade bola navrhovateľka v konaní neúspešná, preto nemá právo na náhradu trov konania proti odporkyni a odporkyňa v konaní podľa piatej časti nemá nárok na priznanie náhrady trov konania. Poučenie: Proti tomuto rozsudku možno podať odvolanie do 15 dní odo dňa jeho doručenia prostredníctvom Krajského súdu v Trenčíne na Najvyšší súd Slovenskej republiky v Bratislave, písomne, v dvoch vyhotoveniach. Podľa § 42 ods. 3 a § 205 ods. 1 OSP odvolanie musí mať tieto náležitosti: ktorému súdu je určené, kto ho robí, ktorej veci sa týka a čo sleduje, musí byť podpísané s uvedením dátumu vyhotovenia odvolania, proti ktorému rozhodnutie súdu smeruje, v akom rozsahu rozhodnutie napáda, v čom sa toto rozhodnutie alebo postup súdu považuje za nesprávny a čoho sa odvolateľ domáha.</w:t>
      </w:r>
    </w:p>
    <w:p/>
    <w:p>
      <w:r>
        <w:t>Zdroj: KAUZIS.SK – https://www.kauzis.sk/judikatura/r/ECLI:SK:KSTN:2016:4015200711.2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