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4Co/11/2017 z 28. 6. 2017</w:t>
      </w:r>
    </w:p>
    <w:p>
      <w:r>
        <w:t>Rozsudok Krajského súdu Trenčín z 28. júna 2017, sp. zn. 4Co/11/2017, ECLI:SK:KSTN:2017:3108227135.7</w:t>
      </w:r>
    </w:p>
    <w:p>
      <w:r>
        <w:t>Súd: Krajský súd Trenčín</w:t>
      </w:r>
    </w:p>
    <w:p>
      <w:r>
        <w:t>Spisová značka: 4Co/11/2017</w:t>
      </w:r>
    </w:p>
    <w:p>
      <w:r>
        <w:t>ECLI: ECLI:SK:KSTN:2017:3108227135.7</w:t>
      </w:r>
    </w:p>
    <w:p>
      <w:r>
        <w:t>Dátum vydania: 28. 6. 2017</w:t>
      </w:r>
    </w:p>
    <w:p>
      <w:r>
        <w:t>Forma: Rozsudok</w:t>
      </w:r>
    </w:p>
    <w:p>
      <w:r>
        <w:t>Oblasť práva: Občianske právo</w:t>
      </w:r>
    </w:p>
    <w:p>
      <w:pPr>
        <w:pStyle w:val="Heading2"/>
      </w:pPr>
      <w:r>
        <w:t>Text rozhodnutia</w:t>
      </w:r>
    </w:p>
    <w:p>
      <w:r>
        <w:t>Súd: Krajský súd Trenčín Spisová značka: 4Co/11/2017 Identifikačné číslo súdneho spisu: 3108227135 Dátum vydania rozhodnutia: 29. 06. 2017 Meno a priezvisko sudcu, VSÚ: JUDr. Alica Beňová ECLI: ECLI:SK:KSTN:2017:3108227135.7 ROZSUDOK V MENE SLOVENSKEJ REPUBLIKY Krajský súd v Trenčíne v senáte zloženom z predsedníčky senátu JUDr. Alice Beňovej a sudkýň JUDr. Oľgy Lichnerovej a JUDr. Ivety Sopkovej v spore žalobcov 1a) P. M., nar. XX.XX.XXXX, bytom C., S. XXX/XX, Xb) R. Ivanovej, nar. XX.XX.XXXX, bytom C., N. XXXX/XX, Xc) T. M., nar. XX.XX.XXXX, bytom C., V. XXX/XX, 2) W.. F. M., PhD., nar. XX.XX.XXXX, bytom C., X. XXXX/XX, všetci zastúpení JUDr. Q. K., advokátom so sídlom C., J. D. X XXX/XXX proti žalovaným 1) J.. V. M., nar. XX.XX.XXXX, bytom C., J. D. XXXX/X, 2) F. M., nar. XX.XX.XXXX, bytom C., J. D. XXXX/X, obaja zastúpení JUDr. Q. R., advokátom so sídlom C., N.. sv. P. XX, o určenie, že nehnuteľnosti patria do dedičstva a o vzájomnej žalobe o určenie neplatnosti kúpnej zmluvy, o odvolaní žalobcov proti rozsudku Okresného súdu Trenčín zo dňa 06. júla 2016, č.k. 26C/233/2008-565, takto r o z h o d o l : Napadnutý rozsudok súdu prvej inštancie vo výroku o zamietnutí žaloby o určenie, že nehnuteľnosti patria do dedičstva p o t v r d z u j e . Vo výroku o náhrade trov konania napadnutý rozsudok z m e ň u j e takto: Žalovaní 1/, 2/ m a j ú voči žalobcom 1a/, 1b/, 1c/ a 2/ nárok na náhradu trov konania súvisiacich so žalobou o určenie, že nehnuteľnosti patria do dedičstva vo výške 100%. Žalobcovia 1a/, 1b/, 1c/ a 2/ m a j ú voči žalovanému 1/ nárok na náhradu trov konania súvisiacich so vzájomnou žalobou o určenie neplatnosti kúpnej zmluvy vo výške 100%. Odvolanie žalobcov 1a/, 1b/, 1c/ a 2/ proti výroku o zamietnutí vzájomnej žaloby o d m i e t a. Žalovaní 1/, 2/ m a j ú voči žalobcom 1a/, 1b/, 1c/ a 2/ nárok na náhradu trov odvolacieho konania vo výške 100%. Znalec MUDr. R. K. m á voči žalobcom 1a/, 1b/, 1c/ a 2/ nárok na náhradu trov súvisiacich s výsluchom na odvolacom pojednávaní dňa 22.06.2017. Znalec MUDr. B. K. m á voči žalobcom 1a/, 1b/, 1c/ a 2/ nárok na náhradu trov súvisiacich s výsluchom na odvolacom pojednávaní dňa 22.06.2017. Svedok Mgr. V. F. m á voči žalobcom 1a/, 1b/, 1c/ a 2/ nárok na náhradu trov odvolacieho konania. o d ô v o d n e n i e : 1. Napadnutým rozsudkom súd prvej inštancie zamietol žalobu žalobcov, ktorou sa domáhali určenia, že parc. č. XXXX/XX o výmere XXX m2 - zastavané plochy a nádvoria, rodinný dom, súpisné číslo XXXX, parc. č. XXXX/XX o výmere XXX m2 - zastavané plochy a nádvoria, parc. č. XXXX/XX o výmere XXX m2 - záhrady, vedené na LV č. XXXX, k.ú. C. patria do dedičstva po nebohej V. M., rod. K., nar. XX.XX.XXXX, zomrelej dňa XX.XX.XXXX. Zároveň zamietol vzájomnú žalobu žalovaného 1) o určenie neplatnosti kúpnej zmluvy zo dňa 29.06.1981. O náhrade trov konania rozhodol tak, že žalovanej 2) priznal náhradu trov konania vo výške 100 %. Žalobcom náhradu trov konania nepriznal, žalovanému 1) náhradu trov konania nepriznal. V odôvodnení rozhodnutia uviedol, že predmetom konania je určenie, že nehnuteľnosti patria do dedičstva po nebohej Márii M.. Mal za to, že žalobcovia preukázali naliehavý právny záujem na tomto určení v zmysle § 137 CSP. Z vykonaného dokazovania bolo preukázané, že darovacou zmluvou zo dňa 23.02.2007 previedla darkyňa V. M. do vlastníctva obdarovaného - žalovaného 1) polovicu nehnuteľností evidovaných v k. ú. C., LV č. XXXX, parcely registra C č. XXXX/XX - zastavané plochy a nádvoria o výmere XXX m2 (z čoho výmera, ktorá je predmetom darovacej zmluvy predstavuje XXX m2) a rodinný dom súp. č. XXXX, na parcele XXXX/XX, a to vrátane polovice všetkých súčastí veci a príslušenstva veci. Vklad bol povolený dňa XX.XX.XXXX pod V XXX/XX. Darovacou zmluvou zo dňa 06.07.2007 previedla darkyňa V. M. do vlastníctva obdarovanej - žalovanej 2) polovicu nehnuteľností evidovaných v k. ú. C., LV č. XXXX, parcely registra C č. XXXX/XX - zastavané plochy a nádvoria o výmere XXX m2 (z čoho výmera, ktorá bola predmetom darovacej zmluvy predstavovala 81 m2), č. XXXX/XX - zastavané plochy a nádvoria o výmere XXX m2 (z čoho výmera, ktorá bola predmetom darovacej zmluvy predstavovala XXX,X mX), č. XXXX/XX - záhrady o výmere XXX m2 (z čoho výmera, ktorá bola predmetom darovacej zmluvy predstavovala XXX,X m2) a rodinný dom súp. č. XXXX, na parcele XXXX/XX, a to vrátane polovice všetkých súčastí veci a príslušenstva veci. Vklad povolený dňa 11.09.2007 pod V XXXX/XX. Žalobcovia uviedli, že ich darkyňa s poukazom na jej zdravotný stav nebola schopná jednak chápať, čo je obsahom darovacích zmlúv, jednak bola nevidiaca a nemohla si darovacie zmluvy ani prečítať. Na preukázanie uvedenej skutočnosti navrhli v konaní znalecké dokazovanie, v rámci ktorého znalec posúdi, zdravotný stav darkyne a jej schopnosť chápať zmysel a dosah svojho konania. Zo znaleckého posudku č. 08/2011 MUDr. R. K. znalca z odboru zdravotníctvo a farmácia, odvetvie psychiatria je zrejmé, že schopnosť chápať zmysel právneho úkonu u neb. V. M. v období od 23.02.2007 do 06.07.2007 vzhľadom na jej psychický a somatický stav bola výrazne skreslená a v tomto zmysle nebola spôsobilá chápať zmysel právneho úkonu darovania nehnuteľnosti. Jej schopnosť porozumieť obsahu textu darovacích zmlúv zo dňa 23.02.2007 a 06.07.2007 bola tiež v dôsledku telesného a psychického stavu výrazne skreslená. Pri určitej asistencii usmerňovaní, kde sa má podpísať, mohla byť schopná k takémuto písomnému prejavu, akým je podpis samostatne vlastnou rukou na darovacích zmluvách. Pri výsluchu znalec MUDr. R. K. uviedol, že pri vypracovaní predmetného znaleckého posudku vychádzal zo zdravotnej dokumentácie psychiatričky MUDr. M., predovšetkým z vyšetrenia pacientky 14.04.2005, keďže psychiatrička iné osobné vyšetrenie pacientky už nevykonala, z ktorého je zrejmé, že pacientka strácala pamäť a viac blúdi, nevie sa zorientovať, je plačlivá, dezorientovaná v čase a mieste. Poukázal na to, že zo zdravotnej dokumentácie darkyne sa dá predpokladať, že sa u nej jednalo o stredne ťažký stupeň organického psychosyndrómu. Uviedol, že vzhľadom na ďalšie ochorenia darkyne, tieto mohli mať vplyv na to, že organický psychosyndróm u darkyne mohol byť v konkrétnej chvíli aj ťažkého stupňa. Keďže pacientku nevidel, nevedel potvrdiť ťažký stupeň demencie. Uviedol, že nie je možné jednoznačne určiť, že každá osoba, ktorá trpí diagnózou organický psychosyndróm, je od zistenia tejto diagnózy absolútne neschopná chápať zmysel právnych úkonov alebo či je tam možnosť, že až v určitom štádiu osoba, ktorá trpí organickým psychosyndrómom dlhšiu dobu, sa stáva nespôsobilou, musel by pacientku vyšetriť. Nevedel sa vyjadriť k tomu, či darkyňa bola v čase podpisu zmlúv dementná. Uviedol, že v jej zdravotnej dokumentácii sa vyskytli takéto zmienky o demencii, avšak od iných odborníkov ako od psychiatrov. Vzhľadom na uvedené skutočnosti znalecký posudok MUDr. R. K., podľa názoru súdu, nezakladá dostatočný podklad na jednoznačný záver o nespôsobilosti V. M. chápať zmysel darovacích zmlúv, predovšetkým vzhľadom na vyjadrenia znalca, ktorý sa ohľadne zdravotného stavu nebohej pacientky nevedel jednoznačne vyjadriť, vyjadroval sa len v rovine teoretickej, že u darkyne sa dá predpokladať, že sa nej jednalo o stredne ťažký stupeň organického psychosyndrómu. Keďže pacientku nevidel, nevedel potvrdiť ťažký stupeň demencie. Znalec navyše uviedol, že nie je možné jednoznačne určiť, že každá osoba, ktorá trpí diagnózou organický psychosyndróm, je od zistenia tejto diagnózy absolútne neschopná chápať zmysel právnych úkonov alebo či je tam možnosť, že až v určitom štádiu osoba, ktorá trpí organickým psychosyndrómom dlhšiu dobu, sa stáva nespôsobilou, musel by pacientku vyšetriť. Okrem toho má súd pochybnosti o záveroch znaleckého posudku MUDr. R. K., keďže vychádzal predovšetkým zo zdravotnej dokumentácie psychiatričky MUDr. J. M., ktorá pacientku osobne vyšetrila len dňa 14.04.2005, pričom predpísaných následných konzultácií, ktoré sa uskutočnili dňa 15.06.2007, 14.08.2007, 04.10.2007, 15.02.2008, 03.2008, 03.04.2008, kedy lekárka pacientke len predpisovala lieky, sa už pacientka nezúčastnila. Vzhľadom na uvedené mal súd za to, že vzhľadom k tomu, že psychiatrička netrvala na osobnej prítomnosti pacientky pri vyšetreniach, je možné, že v zdravotnej dokumentácii nebohej chýbajú relevantné informácie o zdravotnom stave pacientky a súd sa v tomto prípade stotožňuje s vyjadrením znaleckej organizácie o tom, že v zdravotnej dokumentácii absentujú také objektívne verifikovateľné popisy a ilustrácie o prejavoch psychopatológie u pacientky, z ktorých by sa dali ustáliť serióznejšie a zodpovedné závery o miere jej organického narušenia. Súd teda zastával názor, že znalec nemal k dispozícii relevantné podklady na vyslovenie záverov uvedených v znaleckom posudku vzhľadom k tomu, že pacientka bola psychiatričkou vyšetrená len dňa 14.04.2005 a darovacie zmluvy boli uzatvorené až dňa 23.02.2007 a dňa 06.07.2007, čo je viac ako jeden rok a desať mesiacov pred uzatvorením prvej darovacej zmluvy a takmer dva roky a tri mesiace pred uzatvorením druhej darovacej zmluvy, z čoho možno vyvodiť, že v zdravotnom stave pacientky mohli nastať rôzne zmeny, ktorý mohli pozitívnym, prípadne negatívnym spôsobom ovplyvniť jej schopnosť posúdiť uzatvorenie darovacích zmlúv. Navyše i jediná psychiatrička MUDr. J. M., ktorá osobne vyšetrila nebohú V. M. uviedla, že v prípade, že by pacientka ordináciu navštevovala, mohla by bližšie špecifikovať, o aký organický spychosyndróm sa jedná, takže ani ona nebola schopná jednoznačne bližšie určiť, v akom štádiu bolo ochorenie nebohej darkyne. Taktiež psychiatrička uviedla, že všetky konzultácie nemusia byť v dokumentácii zaznamenané, ak konzultant prišiel bez zdravotnej dokumentácie. I vzhľadom na uvedené mal súd pochybnosti o úplnosti relevantných údajov o zdravotnom stave nebohej darkyne. Navyše súd mal pochybnosti o správnosti záverov znaleckého posudku MUDr. R. K. aj z dôvodu, že znalec vychádzal ohľadne posúdenia okolností uzatvorenia darovacích zmlúv z nepresne zaprotokolovanej výpovede notára ohľadne okolností uzatvorenia darovacích zmlúv v tom, že sa mu darkyňa nezdala orientovaná, pričom znalec vôbec nebral do úvahy ďalšie vyjadrenia notára v rámci jeho výpovede o tom, že darkyňa sama vlastnoručne zmluvu podpísala, že notár nemal pochybnosti o zdravotnom stave darkyne, vedela ako sa volala, vedela dátum narodenia, vedela o čo sa jedná, pričom tieto vyjadrenia sú v rozpore s tým, že sa notárovi darkyňa nezdala orientovaná, pričom znalec sa uvedenými rozpormi vo výpovede notára žiadnym spôsobom nevysporiadal. Navyše pri ďalšom výsluchu notár trval na tom, že darkyňa bola orientovaná a vedela o čo ide. K uvedenému sa už znalec nemal možnosť nevyjadriť. Navyše súd uveril svedkovi Mgr. F., že došlo k nesprávnej protokolácii jeho prvej výpovede v tom, že darkyňa sa mu nezdala orientovaná, pretože pri celkovom posúdení jeho výpovede, predovšetkým vzhľadom na jeho ďalšie vyjadrenia uvedené v jeho prvej výpovedi o tom, že nemal pochybnosti o zdravotnom stave darkyne, vedela ako sa volala, vedela dátum narodenia, vedela o čo sa jedná, mal za to, že pri prvom výsluchu notára ako svedka došlo k nesprávnej protokolácii jeho vyjadrenia o tom, že darkyňa nebola orientovaná vzhľadom na rozpor s jeho ostatnými vyjadreniami. Túto nepresnú protokoláciu výpovede svedka však pri vypracovaní znaleckého posudku znalec zobral do úvahy, čo podľa názoru súdu mohlo viesť k nesprávnym záverom znalca, pretože sa jednalo o dôležitú okolnosť uzatvorenia darovacích zmlúv. I znalecká organizácia mala za to, že výpoveď notára o okolnostiach uzatvorenia právnych úkonov nie je zanedbateľná a z výpovede notára o dezorientácii vychádzal znalec MUDr. R. K. vo svojich záveroch. I vzhľadom na uvedenú svedeckú výpoveď notára o okolnostiach uzatvorenia darovacích zmlúv mal súd pochybnosti o závere znaleckého posudku MUDr. R. K. i s poukazom na to, že výpoveď notára ako svedka nebola žiadnou procesnou stranou relevantným spôsobom spochybnená. Okrem toho znalec zobral do úvahy pri vypracovaní znaleckého posudku aj prejav vôle pacientky z roku 1980, kedy sa vyjadrila, že chce, aby nehnuteľnosť bola napísaná na ňu a na manžela a aby sa následne mohol majetok prerozdeliť medzi všetky tri deti. K uvedenému súd prvej inštancie uviedol, že vzhľadom na odstup času, kedy k takémuto vyjadreniu nebohej V. M. došlo, je možné dôvodne predpokladať, že za obdobie 37 rokov, ktoré uplynulo od tohto vyhlásenia nebohej a uzatvoreniu darovacích zmlúv, mohlo dôjsť k zmenu prejavu vôle nebohej. Navyše takéto vyhlásenie nebohá učinila v rámci dotazníka a čestného vyhlásenia k registrácii a spoplatneniu zmluvy, z čoho tiež možno vyvodiť, že jej vyhlásenie nemuselo reálne odzrkadľovať jej skutočnú vôľu a mohlo sa jednať len o účelové a spoločensky žiaduce vyjadrenie, najmä za situácie, ak sa s manželom obávali prepadnutia ich majetku v prospech štátu v prípade emigrácie žalovaného 1) a jeho rodiny. V danej veci vzhľadom na zistené skutočnosti súd mal za to, že znaleckým dokazovaním sa nepodarilo jednoznačne a presvedčivo určiť typ organickej poruchy, jej rozsah, trvanie, stupeň postihnutia a jej dopad na rôzne oblasti sociálneho fungovania nebohej a teda ani nebolo možné jednoznačne učiť, že u nebohej V. M. došlo k úplnému vylúčeniu jej schopností právne konať a rozpoznať následky svojho konania alebo na druhej strane v prípade mierneho postihnutia s menším dosahom na jej osobnosť, možno pripustiť zachovanie schopností u nebohej V. M. právne konať a zároveň rozpoznať následky svojho konania. Pochybnosti o záveroch znaleckého dokazovania mal súd predovšetkým z dôvodu, že psychiatrické posudzovanie nebohých, tzv. posudzovanie po smrti (post mortem) je veľmi obtiažne a možno pri ňom vychádzať iba s informácii, ktoré sú dostupné najmä v zdravotnej dokumentácii, ktorá nemusí byť úplná a kompletná. Pochybnosti o úplnosti zdravotnej dokumentácie nebohej a teda následne aj o správnosti záverov znaleckého dokazovania, keď znalci svoje závery vyvodzovali práve z tejto zdravotnej dokumentácie nebohej, súd vyvodil z vyjadrení strán sporu, ktoré uvádzali, že zdravotná dokumentácia nie je kompletná, že z nej chýbajú určité záznamy, pričom z ich vyjadrení vyplynulo, že určitý čas mali zdravotnú dokumentáciu u seba. Vzhľadom na uvedené mal súd za to, že ani závery znaleckého posudku MUDr. B. K., ktorý vypracoval kontrolný znalecký posudok a ktorý sa stotožnil so závermi znaleckého posudku MUDr. R. K. nemôžu byť nepochybným a nevyvrátiteľným podkladom pre rozhodnutie súdu o tom, že darkyňa trpela takou duševnou poruchou, ktorá ju robí neschopnou na uzatvorenie v danom prípade darovacích zmlúv zo dňa 23.02.2007 a 06.07.2007, keďže vychádzal z rovnakých podkladov pri vypracovaní znaleckého posudku ako znalec MUDr. R. K.. Navyše i z vyjadrenia znalca MUDr. B. K. je zrejmé, že keď sa posudzuje osoba po smrti, môže sa dospieť k rozličným názorom, čo je zrejmé i v danej veci, keď MUDr. B. K. u nebohej zistil organický psychosyndróm ťažkého stupňa na úrovni ťažšej demencie na rozdiel od znalca MUDr. R. K., ktorý sa nevedel vyjadriť k tomu, či darkyňa bola v čase podpisu zmlúv dementná, keďže v jej zdravotnej dokumentácii sa vyskytli takéto zmienky o demencii, avšak od iných odborníkov ako od psychiatrov. Keďže pacientku nevidel, nevedel potvrdiť ťažký stupeň demencie a predpokladal u nej stredne ťažký stupeň organického psychosyndrómu. Vzhľadom na uvedené rozdiely v znaleckých posudkoch MUDr. R. K. a MUDr. B. K. mal súd za to, že uvedení znalci nedospeli k jednotným a jednoznačným záverom o tom, že nebohá V. M. nebola schopná chápať zmysel uzatvorených darovacích zmlúv. Navyše samotný znalec MUDr. B. K. uviedol vo svojej výpovedi, že podľa jeho názoru u nebohej došlo k úbytku duševných schopností, pričom znalec nezistil, že došlo k ich úplnej strate, čo by jednoznačne zapríčinilo neschopnosť darkyne chápať zmysel právnych úkonov - darovacích zmlúv, čo v prípade ich úbytku nastať nemusí. Tak, ako už bolo uvedené ani psychiatrička MUDr. J. M., ktorá osobne vyšetrila nebohú V. M., si netrúfla bližšie špecifikovať, o aký organický psychosyndróm sa u nebohej jednalo, keďže pacientka jej ordináciu riadne nenavštevovala. Vzhľadom na zistené nedostatky podkladov, z ktorých mali znalci čerpať pri posudzovaní zdravotného stavu nebohej V. M. sa súd nemohol jednoznačne stotožniť ani so závermi znaleckej organizácie o tom, že rekonštrukciou psychického stavu nebohej V. M. u nej v 1. polroku 2007 nezistili prítomnosť takej duševnej choroby, resp. poruchy, v dôsledku ktorej by bola nespôsobilá na posudzované konkrétne právne úkony, ktorými boli darovacie zmluvy synovi a neveste. Súd prvej inštancie pri posudzovaní prejavu vôle nebohej V. M. darovať nehnuteľnosti do vlastníctva žalovaných zobral do úvahy i ďalšie okolnosti zistené v konaní, z ktorých, podľa názoru súdu, možno vyvodiť slobodný a vážny prejav vôle darkyne darovať žalovaným sporné nehnuteľnosti, a to predovšetkým skutočnosť, že pozemok pod domom a záhrada boli pôvodne pridelené do spoločného osobného užívania žalovaného 1/ a jeho rodičov. Taktiež stavebné povolenie na dom bolo vydané na stavebníkov žalovaného 1/ a jeho rodičov. Rovnako i kolaudačné rozhodnutie bolo vydané na žalovaného 1/ a jeho rodičov. Následne si žalovaný 1/ vzal pôžičky na stavbu daného domu. Okrem toho dva byty, ktoré boli dané ako náhrada za asanáciu pôvodného domu, získali právni predchodcovia žalobcov. Za tohto stavu súd uveril tvrdeniam žalovaného 1/, že prevod jemu patriacej jednej polovice daných nehnuteľností na rodičov bol realizovaný len v rámci ochrany týchto nehnuteľností pred ich možným prepadnutím štátu v súvislosti s opakovanými zahraničnými cestami žalovaných. Nasvedčuje tomu aj skutočnosť, že kúpna zmluva z 03.06.1981 registrovaná vtedajším Štátnym notárstvom bola až štvrtým pokusom uskutočneným za týmto účelom v priebehu piatich rokov, čo vyplynulo z kúpnej zmluvy zo dňa 18.05.1976, darovacej zmluvy 22.06.1976 a kúpnej zmluvy 25.07.1980, ktoré tomuto predchádzali, v ktorých sa nehnuteľnosti prevádzali raz bezodplatne a raz odplatne, prevádzali sa iné podiely a uvádzala sa aj kúpna cena, ktorá nebola nikdy vyplatená. Čo sa týka výplaty kúpnej ceny, súd uveril tvrdeniam žalovaných, že táto im nebola vyplatená, ani na základe zmluvy 03.06.1981, keďže úradný záznam zo dňa 26.06.1981 nekorešponduje s výškou kúpnej ceny ani s obsahom samotnej kúpnej zmluvy, podľa ktorej náhrada za prevod práva osobného užívania pozemkov mala byť vyplatená už pri jej uzavretí a zvyšná časť pri registrácii kúpnej zmluvy a v tomto úradnom zázname je uvedená opätovne celá suma. Išlo teda aj podľa názoru súdu len o vyhotovenie formálneho dokladu pre dokončenie registrácie tejto kúpnej zmluvy na preukázanie zaplatenia kúpnej ceny, ktoré sa vyžadovalo. Z uvedeného, predovšetkým za situácie, že žalovaní sa nepochybne výrazným spôsobom podieľali na výstavbe rodinného domu i finančne, čo je zrejmé z poskytnutých pôžičiek žalovanému 1/, ďalej za situácie, že pre právnych predchodcov žalobcov bolo zabezpečené iné bývanie v bytoch poskytnutých za asanovaný majetok, prípadne ich ďalšou výmenou, za situácie, že došlo k prevodu spoluvlastníctva žalovaného 1/ na rodičov kvôli ochrane majetku, možno teda vyvodiť i snahu neb. V. M. o nápravu uvedenej situácie uzatvorením predmetných darovacích zmlúv. Okrem toho právnym predchodcom žalobcov (okrem žalovaného 1/) boli zo strany rodičov poskytnuté finančné prostriedky na doplnenie domácnosti každému po 20.000,- Kčs. Žalobcovia v konaní spochybňovali finančný prínos žalovaného 1/ na výstavbe rodinného domu, pričom žalovaní tvrdenie o svojom finančnom prínose do stavby rodinného domu riadne preukázali poskytnutými pôžičkami na stavbu rodinného domu na rozdiel od žalobcu 1/, ktorý tvrdil, že v čase stavby rodinného domu bol zamestnaný v obchode a podieľal sa fyzickou prácou na stavbe domu a peniaze, ktoré v obchode zarobil, dával rodičom, títo mu časť z nich vydeľovali na jeho potreby a ostatné investovali do stavby domu, ktoré tvrdenie súd považoval za účelové a ničím nepreukázané. Navyše súd nemal vážnejšie pochybnosti o úmysle nebohej darkyne nakladať so svojím majetkom, čo možno vyvodiť i z jej ďalšej darovacej zmluvy uzatvorenej medzi ňou ako darkyňou a žalobcom 2/ ako obdarovaným zo dňa 10.10.2005 (uzatvorenej cca 1 rok a štyri mesiace pre prvou darovanou zmluvou z 23.02.2007 uzatvorenou v prospech žalovaného 1/), ktorou sa podľa tvrdenia žalobcov mala odvďačiť právnemu predchodcovi žalobcu 2/ za doopatrovanie rodinného príslušníka. Rovnako i v prípade žalovaných nemožno vylúčiť, že sa im darkyňa takýmto spôsobom navyše chcela poďakovať za ich starostlivosť, keďže starostlivosť žalovaných o nebohú V. M. bola preukázaná i výpoveďou svedkyne D. A.. Navyše táto svedkyňa potvrdila veľmi dobrý vzťah nebohej a žalovanej 2/, ktorý vzťah spochybňovali žalobcovia v podanej žalobe, keď uviedli, že nebohá s nevestou (žalovanou 2) nevychádzala. I vzhľadom na uvedené sa javí súdu, že v prípade darovania sporných nehnuteľností nebohou V. M. toto bola jej vážna s slobodná vôľa s úmyslom spravodlivého usporiadania majetkových pomerov v rodine. Čo sa týka výpovede svedka MUDr. Q. B., očného lekára, túto súd nemohol zobrať do úvahy, pretože svedok sa nevedel vyjadriť k zdravotnému stavu nebohej V. M.. Súd v konaní neprihliadol ani na výpoveď svedkyne Z. M., vzhľadom na jej príbuzenský pomer k žalobcovi 2/, ktorý je jej synom, pre ktorý možno mať pochybnosti o jej dôveryhodnosti v snahe privodiť priaznivejšie rozhodnutie vo veci pre žalobcu 2/ a aj vzhľadom na skutočnosť, že pred svojím výsluchom ako svedkyne mala k dispozícii zápisnicu z pojednávania v tejto veci, vedela teda, čo jednotlivé strany sporu vo veci uviedli. Rovnako súd neprihliadol ani na výpoveď svedkyne MUDr. Q. T. pre jej priateľský vzťah k žalobcovi 1/. Rovnako teda i u tejto svedkyne možno predpokladať vzhľadom na jej priateľský vzťah k žalobcovi 1/ snahu privodiť mu svojou výpoveďou priaznivejšie rozhodnutie vo veci, preto má súd pochybnosti o jej dôveryhodnosti ako svedkyne. Súd nevykonal dôkaz výsluchom poštovej doručovateľky za prítomnosti znalcov znaleckej organizácie z dôvodu procesnej hospodárnosti s poukazom na to, že uvedený dôkaz vzhľadom na výsledky dokazovania nemohol pre žalovaných privodiť iné rozhodnutie vo veci určenia, že nehnuteľnosti patria do dedičstva. Čo sa týka výpovedí svedkov V. K., V.. J. K., Ing. A. K., D. A., V.. Q. Z., W. Z. tieto súd pri posudzovaní zdravotného stavu darkyne nebral do úvahy, pretože sa jednalo o odbornú otázku, na ktorú je potrebné odborné znalosti, ktorými svedkovia nedisponovali. Čo sa týka znaleckého posudku V.. V. H., znalca z odboru zdravotníctvo a farmácia, odvetvie psychiatria, predloženého v konaní žalovanými ako listinný dôkaz, na tento súd neprihliadal, pretože sa znalec zaoberal inými skutočnosťami ako boli predmetom znaleckého dokazovania. Zhodnotiac všetky vykonané dôkazy, pri uplatnení zásady voľného hodnotenia dôkazov, a to každého dôkazu jednotlivo a všetkých vo vzájomnej súvislosti, mal súd za to, že žalobcovia neuniesli dôkazné bremeno, keďže jednoznačne a presvedčivo nepreukázali, že neb. V. M. nebola schopná posúdiť následky darovania sporných nehnuteľnosti žalovaným a preto ich žalobu ako nedôvodnú zamietol. Čo sa týka vzájomnej žaloby žalovaného 1/ o určenie neplatnosti kúpnej zmluvy zo dňa 29.06.1981 túto súd ako nedôvodnú zamietol z dôvodu nedostatku vecnej legitimácie účastníkov tohto sporu s poukazom na to, že zo samotnej vzájomnej žaloby je zrejmé, že túto podáva len žalovaný 1/ a aj napriek tomu je v nej na rovnakej procesnej strane ako žalovaný uvedená aj žalovaná 2/, ktorá vzájomnú žalobu vôbec nepodala. Podľa názoru súdu táto by teda mala v tomto spore vystupovať na inej strane sporu ako žalovaný. Vzhľadom na uvedené súd dospel k záveru o nedostatku vecnej legitimácie účastníkov sporu o určenie neplatnosti kúpnej zmluvy. Vzájomnú žalobu súd zamietol aj z dôvodu nedostatku naliehavého právneho záujmu žalovaného 1/ na takejto žalobe, keďže otázka vlastníctva sa už rieši v rámci konania o určenie, že sporné nehnuteľnosti patria do dedičstva po nebohej V. M.. Právne rozhodnutie odôvodnil ust. § 137, § 147 CSP, § 37, § 38 Občianskeho zákonníka. O náhrade trov konania rozhodol podľa § 255 ods. 1, 2 CSP. Podľa § 255 ods. 1 CSP súd prizná strane náhradu trov konania podľa pomeru jej úspechu vo veci. V zmysle citovaného zákonného ustanovenia súd priznal žalovanej 2/ náhradu trov konania, keďže žalovaná bola úspešná vo veci určenia, že nehnuteľnosti patria do dedičstva a aj vo veci určenia neplatnosti kúpnej zmluvy. Podľa § 255 ods. 2 CSP súd prizná strane náhradu trov konania podľa pomeru jej úspechu vo veci. Ak mala strana vo veci úspech len čiastočný, súd náhradu trov konania pomerne rozdelí, prípadne vysloví, že žiadna zo strán nemá na náhradu trov konania právo. Vzhľadom k tomu, že žalovaný 1/ bol úspešný vo veci určenia, že nehnuteľnosti patria do dedičstva a neúspešný vo veci vzájomnej žaloby o určenie neplatnosti kúpnej zmluvy s poukazom na citované ustanovenie § 255 ods. 2 CSP mu súd náhradu trov konania nepriznal. Čo sa týka žalobcov ani týmto súd náhradu trov konania nepriznal s poukazom na citované ustanovenie § 255 ods. 2 CSP, pretože títo boli neúspešní vo veci určenia, že nehnuteľnosti patria do dedičstva a úspešní vo veci určenia neplatnosti kúpnej zmluvy. 2. Proti tomuto rozsudku podali v zákonnej lehote odvolanie žalobcovia 1a), 1b), 1c) a 2). Navrhli ho vo výroku, ktorým bola zamietnutá vzájomná žaloba potvrdiť a v ostatnej časti zrušiť a vec vrátiť súdu prvej inštancie na ďalšie konanie a nové rozhodnutie. Zároveň žiadali zrušiť výrok o náhrade trov konania a priznať žalobcom plnú náhradu trov konania. Vytýkali súdu prvej inštancie, že nesprávne vyhodnotil dôkaznú situáciu, keď dospel k záveru, že neuniesli dôkazné bremeno, hoci všetky dôkazy, ktoré navrhli, a ktoré boli vykonané, potvrdzovali, že žaloba je dôvodná, a že k prevodu podielov na žalovaných 1), 2) došlo nezákonným postupom. V tomto smere poukázali na znalecké posudky znalcov MUDr. K. a MUDr. K., ktorí jednoznačne konštatovali, že schopnosť chápať zmysel právneho úkonu u nebohej V. M. v období od 23.02.2007 do 06.07.2007 bola vzhľadom na jej psychický a somatický stav výrazne skreslená a táto nebola spôsobilá chápať zmysel právneho úkonu, darovania nehnuteľnosti - domu a jej schopnosť porozumieť obsahu predmetných darovacích zmlúv bola tiež v dôsledku telesného a psychického stavu výrazne skreslená. Pri určitej asistencii, usmerňovaní, kde sa má podpísať, mohla byť schopná takémuto písomnému prejavu, akým je podpis samostatne, vlastnou rukou na darovacích zmluvách. Poukázali na znalecký posudok znalca MUDr. K., ktorý v závere znaleckého posudku uvádza tie isté skutočnosti ako MUDr. K. a taktiež jednoznačne tvrdí, že nebohá nebola spôsobilá chápať zmysel právneho úkonu, darovania nehnuteľností a jej schopnosť porozumieť obsahu textu darovacích zmlúv bola v dôsledku telesného a psychického stavu výrazne skreslená v období od 23.02.2007 do 06.07.2007, pričom znalec MUDr. K. jednoznačne uvádza, že možno s vysokou pravdepodobnosťou, blízkou istote konštatovať, že nebohá V. M. v období od 23.02.2007 do 06.07.2007 trpela závažnou duševnou poruchou v pravom slova zmysle, konkrétne organickým psychosyndrómom stredne ťažkého až ťažkého stupňa. Znalec MUDr. K. tvrdí, že vzhľadom na jej zdravotný stav v vysokou pravdepodobnosťou, blízkou istote, nebohá nebola spôsobilá na právne úkony. Ďalej vytýkal súdu prvej inštancie, že opomenul podstatnú skutočnosť, že obaja znalci boli pribratí ako znalci súdom, na rozdiel od znalcov, a to MUDr. H., ktorý vypracoval znalecký posudok bez úplnej a zdravotnej dokumentácie a nemal k dispozícii spisovú dokumentáciu, pričom znalec MUDr. K. výslovne uviedol, že sa s posudkom znalca MUDr. H. nestotožňuje. Mal za to, že taktiež nemožno akceptovať znalecký posudok znaleckej organizácie Centrum duševného zdravia, ktorý bol taktiež ako znalecký posudok MUDr. H. vyhotovený na objednávku žalovaných, pretože tento posudok spochybňuje závery znalcov ako MUDr. K., tak i MUDr. K. a bagatelizuje zdravotný stav nebohej V. M.. Naviac, znalecký posudok Centra duševného zdravia, s.r.o. hodnotí aj právne otázky, čo znaleckej organizácii neprináleží. Spochybňovanie výpovede notára Mgr. F., že v zápisnici bola nesprávna protokolácia jeho výpovede, označili za snahu súdu opätovne spochybniť hodnovernosť jeho prvej výpovede, ktorú v odvolaní citovali, pričom mali za to, že nie je dôvod jej neveriť, pretože je skutočne pravdou, že V. M. v tomto časovom období nebola časovo ani priestorovo orientovaná, pretože aj svedok sused Z. potvrdil, že jej išiel pomôcť, keď chcela prekračovať balkón na prvom poschodí s tým, že tvrdila, že ide nastupovať do auta, hoci žiadne auto v okolí domu nebolo. Spochybňovanie jednak záverov znaleckých posudkov súdom ustanovených znalcov MUDr. K. a MUDr. K., ako aj výpovede svedkov, ktorí potvrdzovali, že nebohá V. M. bola slepá, časovo a priestorovo nebola orientovaná a podľa tvrdenia ošetrujúcej lekárky taktiež trpela závažnou duševnou poruchou v pravom slova zmysle, konkrétne organickým psychosyndrómom stredne ťažkého až ťažkého stupňa vaskulárnej etiológie, t. j. duševnou poruchou sprevádzajúcou poškodenie mozgu pri skleróze mozgových ciev, označili zo strany súdu za povážlivé. Ďalej uviedli, že vzájomný návrh žalovaných 1), 2) bol podaný výslovne účelovo, keďže všetky dôkazy, vykonané v pôvodnom konaní, svedčili v prospech vyhovenia žaloby. V odvolaní ďalej namietali, že nie je logické a normálne schvaľovať vynútený právny úkon zosnulej matky, V. M., ktorá si nemohla vybrať inú možnosť, ako reagovať na psychický nátlak, keď sa nemohla objektívne poradiť, zatelefonovať, alebo vôbec ani uniknúť z uzamknutého bytu, prípadne sa brániť. Mali za to, že nebezpečný precedens, ktorého spoločenská nebezpečnosť je mimoriadne vysoká, a ktorý by mohol motivovať ostatných k podobnému konaniu. Za alarmujúce označili, že toto podvodné konanie nemá trestnoprávne konzekvencie. Poukázali na to, že V. M. bývala zamknutá zvonka vo svojom byte, pričom poukázali na nezaujatú svedeckú výpoveď, z ktorej vyplýva jej pokus o útek z bytu. Toto šikanózne správanie bolo zavŕšené dokonaným pokusom o podvodný prevod majetku, pričom je jasné, kto kontaktoval spochybniteľného notára, ktorý sám navyše priznal schopnosť naviesť takéhoto človeka ku konaniu, aké on sám chce. Zdôraznili, že V. M. pritom nikdy nedeklarovala ani možnosť uprednostniť jedného zo svojich synov pred inými a v Slovenskej republike neexistuje primogenitúra. Žalovaný 1) (V. - fiktívne obdarovaný) sa na dôvažok pred súdom prvej inštancie neštítil očierňovať svojho mladšieho brata krivou výpoveďou. 3. Žalovaní 1), 2) v písomnom vyjadrení k odvolaniu žalobcov navrhli rozsudok súdu prvej inštancie v časti napadnutej odvolaním ako vecne správny potvrdiť. Pokiaľ sa žalobcovia zrušenia napadnutého rozsudku v časti, v ktorej súd prvej inštancie zamietol žalobu o určenie, že nehnuteľnosti patria do dedičstva a v súvisiacich výrokoch o náhrade trov konania uviedli, že takýto odvolací návrh je procesne nesprávny a zmätočný. Pokiaľ sa týka zostávajúcich výrokov rozsudku súdu prvej inštancie o zamietnutí vzájomnej žaloby a o nepriznaní náhrady trov konania žalovanému 1), tento ich odvolací návrh nemá procesné opodstatnenie. Poukázali na to, že súd prvej inštancie sa so všetkými skutočnosťami, na ktoré poukazujú žalobcovia v podanom odvolaní, a ktoré sa týkajú len hodnotenia výsledkov dokazovania, a to predovšetkým znaleckého dokazovania z odboru zdravotníctvo a farmácia, odvetvie psychiatria, v odôvodnení svojho rozsudku podrobne zaoberal a vyporiadal, pričom poukázali na podrobné odôvodnenie rozsudku v tomto smere. Stotožnili sa so záverom súdu prvej inštancie, že skutočnosti, ktoré vyplynuli z vykonaného znaleckého dokazovania súdom ustanovenými znalcami MUDr. R. K. a MUDr. B. K., že takýmto znaleckým dokazovaním nebola v dostatočnej miere a nepochybne preukázaná nespôsobilosť nebohej V. M. na právne úkony v čase uzavretia posudzovaných darovacích zmlúv. Pokiaľ ide o znalecký posudok znaleckej organizácie Centrum duševného zdravia, s.r.o., predstavujúci listinný dôkaz, uviedli, že z tohto znaleckého posudku vyplynuli jednak skutočnosti poukazujúce na nedostatočnosť zdravotnej dokumentácie darkyne pre jednoznačný záver o jej nespôsobilosti na právne úkony a jednak skutočnosti poukazujúce na nedostatky znaleckých posudkov podaných súdom ustanovenými znalcami. Spracovatelia tohto znaleckého posudku znaleckej organizácie poukázali na to, že v zdravotnej dokumentácii pacientky úplne absentujú také objektívne verifikované popisy a ilustrácie o prejavoch psychopatológie, z ktorých by sa dali ustáliť serióznejšie a zodpovedné závery o miere jej organického narušenia a s poukazom na odbornú literatúru označenú v znaleckom posudku uviedli, že v odbornej terminológii sa vyskytuje pojem organický psychosyndróm, ktorý nehovorí viac, než to, že zistená duševná porucha je organického pôvodu, a že pokiaľ sa v zdravotnej dokumentácii vyskytne ako hlavná diagnóza (kód F07.9) je poznamenaný nedefinovateľnou neurčitosťou a v znaleckom posudku nemá miesto a teda, pokiaľ znalci MUDr. R. K. a MUDr. B. K. kvantifikujú organický psychosyndróm ako stredne ťažký, tak vôbec neuvádzajú, o čo túto kvantifikáciu opierajú. Ďalej poukázali na to, že z tohto znaleckého posudku vyplýva, že ak znalec konštatovanie o nespôsobilosti na právne úkony opiera o forenzne významné narušenie rozpoznávacích aj ovládacích schopností, dopúšťa sa chyby, pretože nespôsobilosť na právne úkony podmieňuje iba vymiznutie rozpoznávacích alebo ovládacích schopností osoby realizujúcej právny úkon. Ďalej z tohto znaleckého posudku vyplýva, že v kontrolnom znaleckom posudku MUDr. B. K. úplne absentuje analýza mentálnej náročnosti a okolností oboch právnych úkonov zo dňa 23.02.2007 a zo dňa 06.07.2007, ktorými sa tiež bolo nevyhnutne dôkladne zaoberať, a že bolo potrebné zaoberať sa aj motiváciou darkyne darovať polovicu nehnuteľností vlastnému synovi, ktorý túto polovicu do roku 1981 reálne vlastnil a 40 rokov ju užíva a darovať druhú polovicu neveste, manželke tohto syna, ktorá s darkyňou prakticky žila pod jednou strechou 40 rokov a poskytla jej doživotnú starostlivosť, keď takéto konanie darkyne s poukazom na tieto skutočnosti nemá charakter psychopatologického konania, pričom z psychiatrického hľadiska nemožno predmetné zmluvy považovať za mentálne náročné právne úkony. S poukazom na tieto podstatné skutočnosti, ako aj ďalšie skutočnosti podrobne popísané v tomto znaleckom posudku, dospeli jeho spracovatelia k záveru, že závery kontrolného znaleckého posudku MUDr. B. K. nepovažujú za správne a tieto nie sú spoľahlivé a nespochybniteľné, a že rekonštrukciou psychického stavu nebohej V. M. u nej v prvom polroku 2007 nezistili prítomnosť takej duševnej choroby, či poruchy, v dôsledku ktorej by bola nespôsobilá na posudzované právne úkony. Podľa ich názoru súd prvej inštancie po komplexnom zhodnotení všetkých skutočností, ktoré vyplynuli z vykonaného dokazovania osobitne a v ich vzájomnej súvislosti, dospel k správnemu záveru, že žalobcovia neuniesli dôkazné bremeno a nepreukázali dostatočným spôsobom, že by nebohá V. M. uzavrela posudzované darovacie zmluvy v stave vylučujúcom jej spôsobilosť na právne úkony a nebola zistená ani iná okolnosť spôsobujúca neplatnosť týchto zmlúv. Rozsudok súdu prvej inštancie považujú v napadnutej časti za správny aj z toho hľadiska, že nebohá V. M. bola v čase uzavretia posudzovaných darovacích zmlúv výlučným vlastníkom predmetných nehnuteľností a obsahom tohto jej práva chráneného aj Ústavou Slovenskej republiky, bolo aj právo rozhodnúť sa o tom, akým spôsobom so svojím majetkom naloží. Na posúdenie neplatnosti takýchto právnych úkonov z dôvodu zdravotného stavu konajúcej osoby, ktorá už nežije a nemôže tak skutočnú vôľu prezentovať, by boli potrebné také zistenia, získané v rámci vykonaného dokazovania, ktoré by jednoznačne preukazovali existenciu takého zdravotného stavu konajúcej osoby v čase realizácie právneho úkonu, ktorý by jej spôsobilosť na právne úkony vylučoval a nielen spochybňoval. 4. Krajský súd v Trenčíne ako odvolací súd preskúmal vec podľa § 379, § 380 Civilného sporového poriadku (ďalej len CSP) na odvolacom pojednávaní podľa § 385 ods. 1 CSP, keď bolo potrebné zopakovať dokazovanie výsluchom znalcov MUDr. R. K. a MUDr. B. K., výsluchom svedka Mgr. V. F. a dospel k záveru, že odvolanie žalobcov proti výroku o zamietnutí žaloby o určenie, že nehnuteľnosti patria do dedičstva po nebohej V. M. nie je dôvodné a odvolanie žalobcov proti výroku o zamietnutí vzájomnej žaloby o určenie neplatnosti kúpnej zmluvy je potrebné podľa § 386 písm. b) CSP odmietnuť ako odvolanie podané neoprávnenou osobou. Výrok o náhrade trov konania je potrebné podľa § 388 CSP zmeniť. 5. Podľa prechodného ustanovenia § 470 ods. 1 CSP ak nie je ustanovené inak, platí tento zákon aj na konanie začaté predo dňom nadobudnutia jeho účinnosti. 6. Súd prvej inštancie založil svoje zamietajúce rozhodnutie o určenie, že nehnuteľnosti patria do dedičstva po nebohej V. M. na tom právnom závere, že žalobcovia síce preukázali naliehavý právny záujem na požadovanom určení, že predmetné nehnuteľnosti patria do dedičstva po neb. V. M., avšak žaloba je nedôvodná. V nadväznosti na to súd prvej inštancie podrobne poukázal na skutočnosti, ktoré vyplynuli z vykonaného dokazovania a predovšetkým znaleckého dokazovania z odboru zdravotníctvo a farmácia, odvetvie psychiatria znaleckými posudkami znalcov MUDr. R. K. a MUDr. B. K., keď mal za to, že uvedení znalci nedospeli k jednotným jednoznačným záverom o tom, že nebohá V. M. nebola schopná chápať zmysel darovacích zmlúv. Súd prvej inštancie pri posudzovaní vôle nebohej V. M. darovať nehnuteľnosti do vlastníctva žalovaných 1/, 2/ zobral do úvahy i ďalšie okolnosti zistené v konaní, z ktorých možno vyvodiť slobodný a vážny prejav vôle nebohej V. M. darovať žalovaným 1/, 2/ predmetné nehnuteľnosti. Bola to predovšetkým skutočnosť, že pozemok pod domom a záhrada boli pôvodne pridelené do spoločného osobného užívania žalovaného 1/ a jeho rodičov, že stavebné povolenie na dom bolo vydané na žalovaného 1/ a jeho rodičov, že žalovaný 1/ si vzal pôžičky na stavbu predmetného rodinného domu, že dva byty, ktoré boli dané ako náhrada za asanáciu pôvodného domu získali právni predchodcovia žalobcov, že za tohto stavu uveril tvrdeniam žalovaného 1/, že jemu patriaci spoluvlastnícky podiel predmetných nehnuteľností na rodičov bol realizovaný len v rámci ochrany týchto nehnuteľností pred ich možným prepadnutím štátu v súvislosti s opakovanými zahraničnými cestami žalovaných 1/ a 2/, čomu nasvedčuje aj skutočnosť, že kúpna zmluva zo dňa 03.06.1981 registrovaná vtedajším Štátnym notárstvom v Trenčíne bola až štvrtým pokusom uskutočneným za týmto účelom v priebehu viac rokov. Súd prvej inštancie uveril tvrdeniam žalovaných 1/ a 2/, že ani na základe kúpnej zmluvy zo dňa 03.06.1981 im nebola kúpna cena vyplatená, keďže úradný záznam zo dňa 26.06.1981 nekorešponduje s výškou kúpnej ceny ani s obsahom samotnej kúpnej zmluvy a išlo preto len o vyhotovenie formálneho dokladu pre dokončenie registrácie tejto kúpnej zmluvy na preukázanie zaplatenia kúpnej ceny, ktoré sa vyžadovalo. Súd prvej inštancie tiež poukázal na to, že právnym predchodcom žalobcov boli zo strany rodičov poskytnuté finančné prostriedky na doplnenie domácnosti každému po 20.000 Kčs a že vážnejšie pochybnosti o úmysle nebohej darkyne nakladať so svojím majetkom nemali aj s poukazom na ďalšiu darovaciu zmluvu uzavretú medzi ňou ako darkyňou a žalobcom 2/ (resp. jeho právnym predchodcom) ako obdarovaným zo dňa 10.10.2005, ktorou sa podľa tvrdenia samotných žalobcov mala táto odvďačiť žalobcovi 2/ za doopatrovanie rodinného príslušníka. Vo vzťahu k výpovedi svedka MUDr. Q. B., očného lekára, súd prvej inštancie uviedol, že túto nemohol vziať do úvahy, pretože tento svedok sa nevedel vyjadriť k zdravotnému stavu nebohej V. M. a že pre príbuzenský pomer k žalobcovi 2/ neprihliadol ani na výpoveď svedkyne Z. M. a rovnako pre priateľský vzťah k pôvodnému žalobcovi 1/ neprihliadol ani na výpoveď MUDr. Q. T.. Súd prvej inštancie ďalej odôvodnil nevykonanie ďalšieho dokazovania výsluchom poštovej doručovateľky a uviedol, že čo sa týka výpovedí svedkov V. K., V.. J. K., Ing. A. K., D. A., V.. Q. Z. a W. Z., tieto pri posudzovaní zdravotného stavu darkyne nebral do úvahy , pretože sa jednalo o odbornú otázku, na ktorú sú potrebné odborné znalosti, ktorými svedkovia nedisponovali a že neprihliadal ani na znalecký posudok V.. V. H. predložený v konaní žalovanými 2/, 3/ ako listinný dôkaz, pretože tento znalec sa zaoberal inými skutočnosťami, ako boli predmetom znaleckého dokazovania. Z týchto zistení potom súd prvej inštancie vyvodil, že žalobcovia neuniesli dôkazné bremeno, keď jednoznačne a presvedčivo nepreukázali, že nebohá V. M. nebola schopná posúdiť následky darovania predmetných nehnuteľností žalovaným 1/, 2/ a preto ich žalobu zamietol. 7. Odvolací súd po zopakovaní výsluchu znalcov MUDr. R. K. a MUDr. B. K., výsluchu svedka Mgr. V. F., považuje tento právny záver súdu prvej inštancie za správny a stotožňuje sa aj s odôvodnením napadnutého rozsudku podľa § 387 ods. 2 CSP a na zdôraznenie jeho správnosti dodáva: 8. Z opakovaných výsluchov znalcov MUDr. R. K. a kontrolného znalca MUDr. B. K. vyplýva, že nepotvrdili jednoznačne, že nebohá V. M. konala pri uzatváraní predmetných darovacích zmlúv v duševnej poruche, ktorá ju robila na tento právny úkon neschopnou, keď bezpečnosť zistenia (skutkového záveru), že nebohá V. M. nedokázala posúdiť následky svojho konania musí byť jednoznačná, teda jednoznačne preukázaná a len predpoklad neschopnosti nestačí. Z výsluchu znalca V.. R. K. na odvolacom pojednávaní vyplynulo, že pri vypracovaní znaleckého posudku vychádzal zo spisovej a zdravotnej dokumentácie, aj z výpovede strán a svedkov, na ktoré však neprihliadal, nakoľko mohli byť zaujaté, keďže ide o spor dvoch strán, okrajovo na ne prihliadal. Vychádzal z výpovede notára v čase vyhotovovania znaleckého posudku tak, ako bola zaprotokolovaná a z tejto protokolácie vyplynulo, že posudzovaná nebola orientovaná a preto na túto skutočnosť aj pri znaleckom posudku prihliadal. Uviedol, že opravená, resp. zmenená výpoveď notára v tom smere, že posudzovaná bola orientovaná, má nepodstatný vplyv na výsledok znaleckého dokazovania, pretože zo zdravotnej dokumentácie vyplýva, že minimálne tri roky pred uzavretím darovacích zmlúv bola u posudzovanej konštatovaná internistom zjavná demencia a pri ďalších somatických ochoreniach posudzovanej to znamená, že všetky príznaky hovoria o organickom poškodení mozgu. Môže byť však problém, že pri vaskulárnej demencii môže byť kolísavý priebeh. Znalec sa pridržiaval svojho záveru, že u posudzovanej bol organický psychosyndróm stredne ťažkého až ťažkého stupňa, bezpečne však nevedel posúdiť, či pri kolísavom priebehu mala svetlú chvíľku v čase podpisovania predmetných zmlúv. Verifikovať sa to nedá ničím. O zdravotnom stave nebohej sa môže vyjadrovať len teoreticky, opierajúc sa o konkrétnu dokumentáciu, ktorá je k dispozícii. Teoreticky je možné, že pri podpise predmetných zmlúv mohla mať posudzovaná jasnejšiu chvíľku. Pripustil, že v prípade, ak posudzovaná mala v čase podpisovania jasnejšiu chvíľku, čo nevylučuje aj pri tomto type ochorenia, mohla vedieť čo podpisuje, o aký právny úkon sa jedná. Ďalej uviedol, že na základe zdravotného stavu v zdravotnej dokumentácii posudzovanej je dôvodná pochybnosť o jej kognitívnych schopnostiach, a či v konkrétnom okamihu podpisovania to dosahovalo hĺbku demencie, na to nevedel odpovedať. Motívom konania, ktorý viedol posudzovanú k uzavretiu darovacích zmlúv sa nezaoberal. Z výsluchu znalca MUDr. B. K. na odvolacom pojednávaní vyplynulo, že prípadné skorigovanie záverov jeho znaleckého posudku je možné tak, že po oboznámení sa s vyhodnotením dôkazov by mohol urobiť iný záver, a to taký, že posudzovaná bola len s vysokou pravdepodobnosťou nespôsobilá na vykonanie predmetných právnych úkonov. Uviedol, že motivácia pri uzatváraní právnych úkonov je dôležitá vec, zaoberal sa tým, ale bez hodnotenia dôkazov k ničomu nedospel. Malú váhu pripísal tomu, čo povedal na odvolacom pojednávaní notár, lebo nie je odborníkom na duševné zdravie. Teoreticky taká primitívna vec, že dáva pol domu synovi, ktorá je už vlastne dávno jeho, mohla posudzovaná chápať, napriek tomu, že v plnom rozsahu nemusela chápať, čo podpisuje. Výlučne len na základe zdravotnej dokumentácie, teda bez iných údajov, znalec ďalej konštatoval, že nebohá pani M. bola v období rokov február 2007 a júl 2007 s vysokou pravdepodobnosťou nespôsobilá k predmetným úkonom. Na základe zdravotnej dokumentácie nemožno nespôsobilosť potvrdiť so 100% absolútnou istotu. Z opakovaného výsluchu oboch znalcov na odvolacom pojednávaní tak vyplynulo, že samotná zdravotná dokumentácia neposkytuje také údaje a záznamy, na základe ktorých by sa dala jednoznačne konštatovať nespôsobilosť darkyne na predmetné právne úkony - uzavretie darovacích zmlúv. Z výsluchu znalcov ďalej vyplynulo, že pri vypracovaní znaleckého posudku nebrali do úvahy výpoveď svedka - notára Mgr. V. F., keď znalec MUDr. R. K. uviedol, že ani opravená, resp. zmenená výpoveď svedka v tom smere, že posudzovaná bola pri uzatváraní predmetných darovacích zmlúv orientovaná a znalec MUDr. B. K. nepovažoval výpoveď svedka Mgr. V. F. za dôležitú, lebo notár nie je odborníkom na duševné zdravie. Podľa názoru odvolacieho súdu však ide o dôkaz, o ktorom ani odvolací súd nemal zásadnú pochybnosť, keď z výsluchu tohto svedka na odvolacom pojednávaní vyplynulo, že s nebohou V. M. v čase podpisovania predmetných darovacích zmlúv komunikoval takým spôsobom, z ktorého jej bolo zrejmé, aké právne úkony uzatvára, čo podpisuje, keď svedok jej vysvetlil, čo je podstatou týchto právnych úkonov. V danej veci tak po zopakovaní dokazovania výsluchom znalca MUDr. R. K. a kontrolného znalca MUDr. B. K., svedka Mgr. V. F., odvolací súd dospel k záveru, že znalci u nebohej V. M. plne nevylúčili jej schopnosť posúdiť následky svojho konania a tiež ani jej ovládacie a rozpoznávacie schopnosti, pričom z výsluchu svedka - Mgr. V. F. nevyplynulo, že by nebohá V. M. pri uzatváraní predmetných darovacích zmlúv nebola orientovaná, tak by nevedela posúdiť, o aké právne úkony ide, čo je podstatou týchto právnych úkonov. Na základe uvedeného preto ani odvolací súd nemal za preukázaný záver o tom, že by nebohá V. M. sporné právne úkony darovacej zmluvy zo dňa 23.02.2007 a darovacej zmluvy zo dňa 06.07.2007 učinila ako osoba konajúca v duševnej poruche, ktorá ju robí pre tento právny úkon neschopnou, keď neplatnosť právneho úkonu podľa § 38 ods. 2 Obč. zákonníka vyžaduje bezpečné zistenie, že účastník právneho úkonu nedokáže posúdiť následky svojho konania alebo svoje konanie ovládnuť. 9. Z týchto dôvodov odvolací súd rozsudok súdu prvej inštancie v napadnutej zamietajúcej výrokovej časti o určenie, že nehnuteľnosti patria do dedičstva podľa § 387 ods. 1 CSP ako vecne správny potvrdil. 10. Odvolací súd podľa § 388 CSP zmenil napadnutý rozsudok súdu prvej inštancie vo výroku o náhrade trov konania z týchto dôvodov: Súd prvej inštancie rozhodol o náhrade trov konania, v ktorom bola zamietnutá žaloba o určenie, že nehnuteľnosti patria do dedičstva a zamietnutá vzájomná žaloba o určenie neplatnosti kúpnej zmluvy podľa § 255 ods. 1 CSP vo vzťahu k žalovanej 2/ tak, že žalovanej 2/ priznal náhradu trov konania vo výške 100%. M. k tomu, že žalovaný 1/ bol úspešný vo veci určenia, že nehnuteľnosti patria do dedičstva a neúspešný vo veci vzájomnej žaloby o určenie neplatnosti kúpnej zmluvy, podľa § 255 ods. 2 CSP žalovanému 1/ náhradu trov konania nepriznal. Čo sa týka žalobcov, súd ani týmto náhradu trov konania nepriznal s poukazom na ust. § 255 ods. 2 CSP, pretože títo boli neúspešní vo veci určenia, že nehnuteľnosti patria do dedičstva a úspešní vo veci určenia neplatnosti kúpnej zmluvy. Podľa § 255 ods. 1 CSP súd prizná strane náhradu trov konania podľa pomeru jej úspechu vo veci. V danej veci predmetom konania bola žaloba o určenie, že nehnuteľnosti patria do dedičstva a vzájomná žaloba žalovaného 1/ o určenie neplatnosti kúpnej zmluvy. Ide tak (vo veci samej) o dva relatívne samostatné nároky, o ktorých je síce rozhodované v jednom konaní, ktoré sú však samostatnými žalobami a preto vo vzťahu ku každému z nich, musí byť náhrada trov konania určená samostatne s ohľadom na procesný úspech vo veci. Pokiaľ súd prvej inštancie vychádzal pri rozhodovaní o náhrade trov konania vo vzťahu k žalovanej 2/ z jej plného úspechu vo veci, nepostupoval správne, nakoľko žalovaná 2/ stranou sporu v súvislosti so vzájomnou žalobou nebola. Posudzovať čiastočný úspech, resp. neúspech vo veci podľa § 255 ods. 2 CSP vo vzťahu žalobcov a žalovaných v súvislosti so žalobou o určenie, že nehnuteľnosti patria do dedičstva a vo vzťahu žalovaného 1/ a žalobcov v súvislosti o určenie neplatnosti kúpnej zmluvy v danej veci nie je taktiež možné, vzhľadom na vyššieuvedené, keď vo vzťahu ku každému nároku musí byť náhrada trov konania určená samostatne s ohľadom na procesný úspech vo veci. Z týchto dôvodov odvolací súd rozsudok súdu prvej inštancie vo výroku o náhrade trov konania zmenil podľa § 388 CSP tak, ako je uvedené vo výroku tohto rozsudku. O výške náhrady trov konania rozhodne súd prvej inštancie po právoplatnosti tohto rozhodnutia samostatným uznesením, ktoré vydá vyšší súdny úradník podľa § 262 ods. 2 CSP. 11. Odvolací súd odvolanie žalobcov proti výroku o zamietnutí vzájomnej žaloby podľa § 386 písm. b) CSP odmietol, nakoľko bolo podané neoprávnenou osobou, keď oprávnenou osobou podať odvolanie je tá strana sporu, v ktorej neprospech bolo rozhodnutie vydané. O takýto prípad v danej veci nejde, keď napadnutým rozsudkom nebolo predmetným výrokom rozhodnuté v neprospech žalobcov, nakoľko vzájomná žaloba žalovaných o určenie neplatnosti kúpnej zmluvy zo dňa 03.06.1981 bola súdom prvej inštancie zamietnutá. 12. O náhrade trov odvolacieho konania odvolací súd rozhodol podľa § 396 ods. 1 v spojení s § 255 ods. 1 CSP tak, že úspešným žalovaným priznal proti žalobcom náhradu trov odvolacieho konania v súvislosti so žalobou o určenie, že nehnuteľnosti patria do dedičstva a aj v súvislosti so vzájomnou žalobou o určenie neplatnosti kúpnej zmluvy. O výške náhrady trov konania rozhodne súd prvej inštancie po právoplatnosti tohto rozhodnutia samostatným uznesením, ktoré vydá vyšší súdny úradník podľa § 262 ods. 2 CSP. 13. Podľa § 258 ods. 2 v spojení s § 262 ods. 2 CSP odvolací súd priznal znalcovi MUDr. R. K., znalcovi MUDr. B. K. a svedkovi Mgr. V. F. nárok na náhradu trov odvolacieho konania v súvislosti s ich výsluchom na odvolacom pojednávaní dňa 22.06.2017. O výške náhrady trov konania rozhodne súd prvej inštancie po právoplatnosti tohto rozhodnutia samostatným uznesením, ktoré vydá vyšší súdny úradník podľa § 262 ods. 2 CSP. 13. Toto rozhodnutie bolo prijaté senátom odvolacieho súdu jednomyseľne. Poučenie: Proti rozhodnutiu odvolacieho súdu je prípustné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https://www.kauzis.sk/judikatura/r/ECLI:SK:KSTN:2017:3108227135.7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