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5Co/99/2018 z 23. 5. 2018</w:t>
      </w:r>
    </w:p>
    <w:p>
      <w:r>
        <w:t>Uznesenie Krajského súdu Trenčín z 23. mája 2018, sp. zn. 5Co/99/2018, ECLI:SK:KSTN:2018:3117211368.1</w:t>
      </w:r>
    </w:p>
    <w:p>
      <w:r>
        <w:t>Súd: Krajský súd Trenčín</w:t>
      </w:r>
    </w:p>
    <w:p>
      <w:r>
        <w:t>Spisová značka: 5Co/99/2018</w:t>
      </w:r>
    </w:p>
    <w:p>
      <w:r>
        <w:t>ECLI: ECLI:SK:KSTN:2018:3117211368.1</w:t>
      </w:r>
    </w:p>
    <w:p>
      <w:r>
        <w:t>Dátum vydania: 23. 5. 2018</w:t>
      </w:r>
    </w:p>
    <w:p>
      <w:r>
        <w:t>Forma: Uznesenie</w:t>
      </w:r>
    </w:p>
    <w:p>
      <w:pPr>
        <w:pStyle w:val="Heading2"/>
      </w:pPr>
      <w:r>
        <w:t>Text rozhodnutia</w:t>
      </w:r>
    </w:p>
    <w:p>
      <w:r>
        <w:t>Súd: Krajský súd Trenčín Spisová značka: 5Co/99/2018 Identifikačné číslo súdneho spisu: 3117211368 Dátum vydania rozhodnutia: 24. 05. 2018 Meno a priezvisko sudcu, VSÚ: JUDr. Denis Vékony ECLI: ECLI:SK:KSTN:2018:3117211368.1 Uznesenie Krajský súd v Trenčíne v senáte zloženom z predsedu senátu JUDr. Denisa Vékonyho a sudkýň JUDr. Eriky Zajacovej a JUDr. Márie Vrtochovej v spore žalobcu C. D., nar. XX.XX.XXXX, bytom Ľ. G. XXX/XX, P. P., zastúpeného JUDr. Stanislavom Zajacom, advokátom, so sídlom Obrancov mieru 344/2, Dubnica nad Váhom proti žalovanému Poľnohospodárskemu družstvu FLÓRA, so sídlom Ľ. Podjavorinskej 445/7, Trenčianska Teplá, IČO 00 589 403, zastúpenému JUDr. Helenou Valáškovou Košútovou, advokátkou, so sídlom Ľ. Podjavorinskej 445/7, Trenčianska Teplá, o zaplatenie 1.092,80 eur, o späťvzatí žaloby žalobcom takto r o z h o d o l : Odvolací súd p r i p ú š ť a späťvzatie žaloby žalobcom, platobný rozkaz Okresného súdu Trenčín č.k. 12C/11/2017-18 zo dňa 12. júna 2017 z r u š u j e a konanie z a s t a v u j e . Žalovanému sa náhrada trov konania n e p r i z n á v a . o d ô v o d n e n i e : 1. V predmetnom spore Okresný súd Trenčín ako súd prvej inštancie vydal dňa 12. júna 2017 platobný rozkaz č.k. 12C/11/2017-18, ktorým v súlade so žalobou žalovanému uložil povinnosť do 15 dní odo dňa doručenia platobného rozkazu zaplatiť žalobcovi sumu 1.092,80 eur alebo v tej istej lehote podať odpor s vecným odôvodnením na súde a ďalej žalovanému uložil povinnosť do 15 dní odo dňa doručenia platobného rozkazu nahradiť žalobcovi k rukám jeho právneho zástupcu trovy právneho zastúpenia v sume 140,50 eur a ostatné trovy konania v sume 65,50 eur. 2. Z obsahu spisu vyplýva, že tento platobný rozkaz nebol doposiaľ doručený cestou zástupcu do vlastných rúk žalovaného. 3. Po doručení predmetného platobného rozkazu žalobcovi, žalobca dňa 11.05.2018 vzal písomným podaním svoju žalobu späť v celom rozsahu a žiadal konanie zastaviť s odôvodnením, že o predmete sporu uzatvorili so žalovaným dohodu o urovnaní. 4. Z obsahu žalobcom predloženej dohody o urovnaní vyplynulo, že túto uzatvorili dňa 29.03.2018 strany sporu a že tieto sa dojednali na urovnaní sporných práv a povinností tak, že žalovaný vyplatí žalobcovi 109,30 eur, žalobca vezme svoju žalobu /ktorá je predmetom tohto konania/ späť a obe strany súhlasili s tým, že žiadna zo strán nebude mať v prípade zastavenia konania právo na náhradu trov konania. 5. Podľa § 370 ods. 1 zákona č. 160/2015 Z.z. Civilný sporový poriadok /CSP/ ak je žaloba vzatá späť po rozhodnutí súdu prvej inštancie, ale skôr, ako rozhodnutie nadobudlo právoplatnosť, odvolací súd rozhodne o pripustení späťvzatia. 6. Podľa § 370 ods. 2 CSP súd späťvzatie žaloby nepripustí, ak s tým protistrana z vážnych dôvodov nesúhlasí. Ak späťvzatie žaloby pripustí, odvolací súd zruší rozhodnutie súdu prvej inštancie a konanie zastaví. 7. V predmetnom spore vzal žalobca svoju žalobu späť skôr ako platobný rozkaz vydaný súdom prvej inštancie v spore nadobudol právoplatnosť. Žalovaný podľa predloženej dohody o urovnaní so späťvzatím žaloby a zastavením konania súhlasil. S ohľadom na tieto skutočnosti odvolací súd podľa citovaných ustanovení § 370 ods. 1 a 2 CSP pripustil späťvzatie žaloby žalobcom, platobný rozkaz Okresného súdu Trenčín č.k. 12C/11/2017-18 zo dňa 12. júna 2017 zrušil a konanie zastavil. 8. O náhrade trov konania rozhodol odvolací súd podľa § 256 ods. 1 CSP s tým, že žalovanému, ktorý by mal inak nárok na náhradu trov konania, keď žalobca späťvzatím žaloby zavinil zastavenie konania, náhradu trov konania nepriznal, keď tomuto žiadne trovy konania nevznikli. 9. Toto rozhodnutie bolo prijaté senátom odvolacieho súdu jednohlasne. Poučenie: Proti rozhodnutiu odvolacieho súdu j e p r í p u s t n 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dovolania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https://www.kauzis.sk/judikatura/r/ECLI:SK:KSTN:2018:3117211368.1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