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44Sp/40/2010 z 3. 10. 2011</w:t>
      </w:r>
    </w:p>
    <w:p>
      <w:r>
        <w:t>Uznesenie Krajského súdu Trnava z 3. októbra 2011, sp. zn. 44Sp/40/2010, ECLI:SK:KSTT:2011:2010200637.2</w:t>
      </w:r>
    </w:p>
    <w:p>
      <w:r>
        <w:t>Súd: Krajský súd Trnava</w:t>
      </w:r>
    </w:p>
    <w:p>
      <w:r>
        <w:t>Spisová značka: 44Sp/40/2010</w:t>
      </w:r>
    </w:p>
    <w:p>
      <w:r>
        <w:t>ECLI: ECLI:SK:KSTT:2011:2010200637.2</w:t>
      </w:r>
    </w:p>
    <w:p>
      <w:r>
        <w:t>Dátum vydania: 3. 10. 2011</w:t>
      </w:r>
    </w:p>
    <w:p>
      <w:r>
        <w:t>Forma: Uznesenie</w:t>
      </w:r>
    </w:p>
    <w:p>
      <w:pPr>
        <w:pStyle w:val="Heading2"/>
      </w:pPr>
      <w:r>
        <w:t>Text rozhodnutia</w:t>
      </w:r>
    </w:p>
    <w:p>
      <w:r>
        <w:t>Súd: Krajský súd Trnava Spisová značka: 44Sp/40/2010 Identifikačné číslo súdneho spisu: 2010200637 Dátum vydania rozhodnutia: 04. 10. 2011 Meno a priezvisko sudcu, VSÚ: JUDr. Pavol Laczo ECLI: ECLI:SK:KSTT:2011:2010200637.2 Uznesenie Krajský súd v Trnave v právnej veci navrhovateľa: P. K., E. XX, K., proti odporcovi: Úrad práce, sociálnych vecí a rodiny v Senici, Vajanského 17, Senica, o preskúmanie rozhodnutia odporcu č. ME07-09/22237-2/2010-Mar zo dňa 14.01.2010 takto r o z h o d o l : Súd opravný prostriedok navrhovateľa o d m i e t a . Žiadnemu z účastníkov sa náhrada trov nepriznáva. o d ô v o d n e n i e : Navrhovateľ sa podaním návrhu zo dňa 1.12.2010, doplneným podaním zo dňa 7.3.2011 domáhal, aby súd preskúmal rozhodnutie odporcu č.ME07-09/22237-2/2010-Mar zo dňa 14.1.2010, ktorým odporca rozhodol tak, že navrhovateľovi nepriznal peňažný príspevok na kompenzáciu zvýšených výdavkov na diétne stravovanie. Navrhovateľ dňa 1.2.2010 rozhodnutie prevzal a písomne, za prítomnosti pracovníka Úradu práce, sociálnych vecí a rodiny v Senici, sa vzdal odvolania, čím rozhodnutie nadobudlo právoplatnosť. Predmetné rozhodnutie napadol navrhovateľ opravným prostriedkom zo dňa 1.12.2010, doručeným Krajskému súdu v Trnave dňa 9.12.2010. Podľa § 244 ods.1 O. s .p.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ustanovenia tejto hlavy sa postupuje v prípadoch, v ktorých zákon zveruje súdom rozhodovanie o opravných prostriedkoch proti neprávoplatným rozhodnutiam správnych orgánov. Podľa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Predmetom preskúmavania bolo rozhodnutie o nepriznaní peňažného príspevku na kompenzáciu zvýšených výdavkov na diétne stravovanie, pričom z administratívneho spisu súd zistil, že sa v ňom nachádza prehlásenie navrhovateľa o vzdaní sa odvolania proti napadnutému rozhodnutiu. Tento úkon spôsobil, že rozhodnutie sa stalo právoplatným už dňa 1.2.2010. Keďže súdy v konaní o opravných prostriedkoch právoplatné rozhodnutia správnych orgánov nepreskúmavajú, v súlade s § 250l ods. 1 O.s.p. a § 250p O.s.p. tunajší súd opravný prostriedok navrhovateľa odmietol.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https://www.kauzis.sk/judikatura/r/ECLI:SK:KSTT:2011:2010200637.2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