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10Co/279/2010 z 18. 9. 2011</w:t>
      </w:r>
    </w:p>
    <w:p>
      <w:r>
        <w:t>Uznesenie Krajského súdu Trnava z 18. septembra 2011, sp. zn. 10Co/279/2010, ECLI:SK:KSTT:2011:2108212895.1</w:t>
      </w:r>
    </w:p>
    <w:p>
      <w:r>
        <w:t>Súd: Krajský súd Trnava</w:t>
      </w:r>
    </w:p>
    <w:p>
      <w:r>
        <w:t>Spisová značka: 10Co/279/2010</w:t>
      </w:r>
    </w:p>
    <w:p>
      <w:r>
        <w:t>ECLI: ECLI:SK:KSTT:2011:2108212895.1</w:t>
      </w:r>
    </w:p>
    <w:p>
      <w:r>
        <w:t>Dátum vydania: 18.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10Co/279/2010 Identifikačné číslo súdneho spisu: 2108212895 Dátum vydania rozhodnutia: 19. 09. 2011 Meno a priezvisko sudcu, VSÚ: Mgr. Fedor Benka ECLI: ECLI:SK:KSTT:2011:2108212895.1 Uznesenie Krajský súd v Trnave v právnej veci navrhovateľa: E. A., nar. X.X.XXXX, bytom Z. XXX/X, D. T., zastúpeného splnomocnenkyňou: Advokátska kancelária LYSO &amp; Partners, spol. s r.o., Námestie sv. Michala 30/27, Hlohovec, proti odporkyni: C. A., rod. R., nar. X.XX.XXXX, bytom Z. XXX/X, D. T., zastúpenej: JUDr. Mária Jezerská, advokátka, Hlavná 42, Trnava, o vyporiadanie bezpodielového spoluvlastníctva manželov po rozvode, o odvolaní navrhovateľa proti uzneseniu Okresného súdu Trnava č.k. 13C/44/2008-72 zo dňa 14. júna 2010, takto r o z h o d o l : Odvolací súd uznesenie súdu prvého stupňa v napadnutej časti m e n í tak, že navrhovateľ a odporkyňa sú povinní spoločne a nerozdielne zaplatiť Okresnému súdu Trnava súdny poplatok za vyporiadanie bezpodielového spoluvlastníctva manželov vo výške 1.000 eur do troch dní. o d ô v o d n e n i e : Uznesením napadnutým odvolaním súd prvého stupňa schválil zmier účastníkov konania o vyporiadaní bezpodielového spoluvlastníctva navrhovateľa a odporkyne, navrhovateľovi a odporkyni uložil zaplatiť súdny poplatok za návrh spoločne a nerozdielne v sume 1.659,50 eur do troch dní a o trovách konania rozhodol tak, že žiaden z účastníkov nemá právo na náhradu trov konania. Rozhodnutie v časti uloženia povinnosti zaplatiť súdny poplatok súd odôvodnil použitím položky 11 písm. a) Zákona o súdnych poplatkoch, keď vychádzal z hodnoty bezpodielového spoluvlastníctva manželov vo výške 100.000 eur, z čoho potom poplatok predstavoval sumu 1.695,50 eur. Proti uzneseniu súdu prvého stupňa v časti uloženia povinnosti zaplatiť súdny poplatok podal v zákonnej lehote odvolanie navrhovateľ, ktorý navrhol uznesenie v napadnutej časti zmeniť a účastníkom uložiť zaplatiť súdny poplatok v sume 1.000 eur podľa položky č. 6 písm. b) Zákona o súdnych poplatkoch. K odvolaniu navrhovateľa sa písomne vyjadrila odporkyňa, ktorá sa k podanému odvolaniu pripojila a navrhla uznesenie súdu prvého stupňa v napadnutej časti zmeniť a účastníkom uložiť spoločne a nerozdielne zaplatiť súdny poplatok vo výške 1.000 eur. Krajský súd v Trnave ako súd odvolací (§ 10 ods. 1 O.s.p.) po zistení, že odvolanie podala včas oprávnená osoba - účastník konania (§ 201 a § 204 O.s.p.) proti rozhodnutiu, proti ktorému je tento opravný prostriedok prípustný (§ 201 a § 202 O.s.p.), postupom bez nariadenia odvolacieho pojednávania (§ 214 ods. 2 O.s.p.) preskúmal napadnuté uznesenie v medziach daných rozsahom a dôvodmi odvolania (§ 212 ods. 1 O.s.p.) a dospel k záveru, že odvolanie navrhovateľa je dôvodné, pretože rozhodnutie súdu prvého stupňa je potrebné v napadnutej časti zmeniť. Predmetom konania vedeného na súde prvého stupňa pod sp.zn. 13C/44/2008 bolo vyporiadanie bezpodielového spoluvlastníctva účastníkov. Uznesením napadnutým odvolaním súd prvého stupňa schválil zmier účastníkov, účastníkom uložil spoločne a nerozdielne zaplatiť súdny poplatok za návrh v sume 1.659,50 eur do troch dní a rozhodol o trovách konania. Predmetom odvolacieho konania je preskúmanie správnosti postupu a rozhodnutia súdu prvého stupňa v časti uloženia povinnosti účastníkom zaplatiť súdny poplatok. Úprava súdnych poplatkov je obsiahnutá v zákone č. 71/1992 Zb. o súdnych poplatkoch a poplatku za výpis z registra trestov. Poplatníkmi sú v zmysle citovaného zákona obaja účastníci v konaní o vyporiadanie bezpodielového spoluvlastníctva manželov alebo jeden z nich podľa rozhodnutia súdu (§ 2 ods. 1 písm. c/ citovaného zákona). Výpočet poplatkov a bližšie podmienky ich platenia sú obsiahnuté v Sadzobníku súdnych poplatkov, ktorý tvorí prílohu citovaného zákona. Podľa položky 6 písm. b) sadzobníka za vyporiadanie bezpodielového spoluvlastníctva manželov sa platí súdny poplatok z predmetu konania, ak sa konanie skončilo rozsudkom 3% a ak sa konanie skončilo súdnym zmierom 1%, najmenej 66 eur a najviac 16.596,50 eur. Súd prvého stupňa pochybil, pokiaľ pri vyrubení súdneho poplatku vychádzal z položky 11 sadzobníka, v ktorej je upravený súdny poplatok za schválený zmier uzavretý v zmierovacom konaní, keď v danom prípade išlo o konanie o vyporiadanie bezpodielového spoluvlastníctva manželov a bolo potrebné vychádzať z položky 6 písm. b) sadzobníka, pričom bolo potrebné vychádzať z toho, že konanie sa skončilo súdnym zmierom, a teda súdny poplatok mal byť 1% z predmetu konania, ktorým je cena všetkých vecí patriacich do bezpodielového spoluvlastníctva manželov a ostatných hodnôt, ktoré sa pri tom vyporiadavali (§ 7 ods. 8 citovaného zákona), pričom maximálna výška súdneho poplatku je 16.596,50 eur. Z obsahu spisového materiálu vyplynulo, že základom poplatku bola suma 100.000 eur, a teda súdny poplatok za vyporiadanie bezpodielového spoluvlastníctva manželov predstavuje sumu 1.000 eur. Z vyššie uvedených dôvodov odvolací súd uznesenie súdu prvého stupňa v napadnutej časti uloženia povinnosti účastníkom zaplatiť súdny poplatok zmenil podľa § 220 O.s.p. tak, ako je uvedené vo výrokovej časti tohto rozhodnutia. Uvedené rozhodnutie bolo prijaté pomerom hlasov 3:0, teda jednohlasne. Poučenie: Proti tomuto uzneseniu odvolanie nie je prípustné.</w:t>
      </w:r>
    </w:p>
    <w:p/>
    <w:p>
      <w:r>
        <w:t>Zdroj: KAUZIS.SK – https://www.kauzis.sk/judikatura/r/ECLI:SK:KSTT:2011:2108212895.1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