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14S/12/2011 z 7. 9. 2011</w:t>
      </w:r>
    </w:p>
    <w:p>
      <w:r>
        <w:t>Uznesenie Krajského súdu Trnava z 7. septembra 2011, sp. zn. 14S/12/2011, ECLI:SK:KSTT:2011:2111200599.3</w:t>
      </w:r>
    </w:p>
    <w:p>
      <w:r>
        <w:t>Súd: Krajský súd Trnava</w:t>
      </w:r>
    </w:p>
    <w:p>
      <w:r>
        <w:t>Spisová značka: 14S/12/2011</w:t>
      </w:r>
    </w:p>
    <w:p>
      <w:r>
        <w:t>ECLI: ECLI:SK:KSTT:2011:2111200599.3</w:t>
      </w:r>
    </w:p>
    <w:p>
      <w:r>
        <w:t>Dátum vydania: 7. 9. 2011</w:t>
      </w:r>
    </w:p>
    <w:p>
      <w:r>
        <w:t>Forma: Uznesenie</w:t>
      </w:r>
    </w:p>
    <w:p>
      <w:r>
        <w:t>Oblasť práva: Správne právo</w:t>
      </w:r>
    </w:p>
    <w:p>
      <w:pPr>
        <w:pStyle w:val="Heading2"/>
      </w:pPr>
      <w:r>
        <w:t>Text rozhodnutia</w:t>
      </w:r>
    </w:p>
    <w:p>
      <w:r>
        <w:t>Súd: Krajský súd Trnava Spisová značka: 14S/12/2011 Identifikačné číslo súdneho spisu: 2111200599 Dátum vydania rozhodnutia: 08. 09. 2011 Meno a priezvisko sudcu, VSÚ: JUDr. Katarína Benczová ECLI: ECLI:SK:KSTT:2011:2111200599.3 Uznesenie Krajský súd v Trnave v právnej veci žalobcu: W. N., nar. XX.XX. XXXX, trvale bytom Z. D. A. XXX, XXX XX Z. D. A., proti žalovanému: Daňové riaditeľstvo SR, Nová ulica č. 13, 975 04 Banská Bystrica, o návrhu na preskúmanie zákonnosti rozhodnutí žalovaného t a k t o r o z h o d o l : Súd konanie z a s t a v u j e . Žiaden z účastníkov nemá právo na náhradu trov konania. o d ô v o d n e n i e : Žalobca sa návrhom zo dňa 11.01.2011, osobne podaným na Okresnom súde v Trnave dňa 12.01. 2011 domáhal zrušenia rozhodnutí žalovaného zo dňa 07.12. 2010: Č. I/227/17124-122351/2010/990271-r Č. I/227/17125-122351/2010/990271-r Č. I/227/17126-122351/2010/990271-r Č. I/227/17127-122351/2010/990271-r Č. I/227/17128-122351/2010/990271-r Č. I/227/17129-122351/2010/990271-r Č. I/227/17130-122351/2010/990271-r Č. I/227/17131-122351/2010/990271-r Č. I/227/17133-122351/2010/990271-r Č. I/227/17134-122351/2010/990271-r Č. I/227/17135-122351/2010/990271-r Č. I/227/17136-122351/2010/990271-r Č. I/227/17740-120716/2010/992013-r Uznesením Okresného súdu v Trnave č. k. 26C/4/2011-42 zo dňa 25.01. 2011 bola vec postúpená tunajšiemu súdu ako súdu vecne a miestne príslušnému. Uznesením Krajského súdu v Trnave č. k. 14S/12/2011 - 46 zo dňa 02.03.2011 súd vyzval žalobcu, aby doplnil žalobu tak, že predloží súdu plnú moc udelenú advokátovi na zastupovanie v tomto konaní, pokiaľ sám nemá právnické vzdelanie. Žalobca na uznesenie č. k. 14S/12/2011 - 46 zo dňa 02.03.2011 odpovedal súdu dňa 24.03.2011 žiadosťou o ustanovenie advokáta podľa § 30 O. s. p.. Svoju žiadosť odôvodnil tým, že je v hmotnej núdzi, momentálne je nezamestnaný a nepodarilo sa mu zabezpečiť advokáta, nakoľko takúto osobu nedokáže zaplatiť. Krajský súd skúmal podmienky pre ustanovenie advokáta podľa § 30 O.s.p. a zaslal žalobcovi potvrdenie - tlačivo o osobných, majetkových a zárobkových pomeroch na ustanovenie právneho zástupcu. Žalobca napriek výzve súdu nezaslal vyplnené tlačivo o osobných, majetkových a zárobkových pomeroch. Nakoľko žalobca nezaslal vyplnené potvrdenie, nepreukázal splnenie podmienky existencie predpokladov pre oslobodenie od súdnych poplatkov, nemohlo byť preukázané ani splnenie podmienok pre ustanovenie právneho zástupcu súdom. Súd preto uznesením č. k. 14S/12/2011 - 52 zo dňa 11.05.2011 rozhodol tak, že žalobcovi neustanovil zástupcu z radov advokátov. Proti tomuto uzneseniu podal žalobca dňa 26.05.2011 odvolanie, v ktorom sa domáhal opätovného zaslania potvrdenia - tlačiva o osobných, majetkových a zárobkových pomeroch na ustanovenie právneho zástupcu s odôvodnením, že mu zo súdu niečo došlo, ale v obálke sa žiadne spomínané tlačivo nenachádzalo. Napadnuté uznesenie Najvyšší súd Slovenskej republiky uznesením č. k. 3Sžf/27/2011 zo dňa 02.08.2011 právoplatným dňa 19.08. 2011 potvrdil. Podľa § 250a O. s. 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 s. 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konaní o preskúmaní rozhodnutia správneho orgánu žalobca musí byť zastúpený advokátom, pokiaľ sám nemá právnické vzdelanie. Žalobca nepripojil k žalobe plnú moc udelenú advokátovi na zastupovanie v tomto konaní a ani nepreukázal, že sám má právnické vzdelanie. Žalobca taktiež nepreukázal splnenie podmienky existencie predpokladov pre ustanovenie právneho zástupcu súdom, ani dodatočne si nezvolil právneho zástupcu, preto súd aj vzhľadom na právoplatné uznesenie Najvyššieho súdu Slovenskej republiky č. k. 3Sžf/27/2011 zo dňa 02.08.2011 rozhodol tak, ako je uvedené vo výroku tohto uznesenia. O náhrade trov konania súd rozhodol podľa § 246c a § 146 ods. 1 písm. c) O. s. p. tak, že žiaden z účastníkov nemá právo na náhradu trov konania. Poučenie: Proti tomuto uzneseniu je prípustné odvolanie v lehote 15 dní odo dňa jeho doručenia na Najvyšší súd SR cestou tunajšieho krajského súdu. V odvolaní sa má popri všeobecných náležitostiach ( § 42 ods. 3 O. s. p.) uviesť, proti ktorému rozhodnutiu smeruje, v akom rozsahu sa napáda, v čom sa toto rozhodnutie alebo postup súdu považuje za nesprávny a čoho sa odvolateľ domáha.</w:t>
      </w:r>
    </w:p>
    <w:p/>
    <w:p>
      <w:r>
        <w:t>Zdroj: KAUZIS.SK – https://www.kauzis.sk/judikatura/r/ECLI:SK:KSTT:2011:2111200599.3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