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14S/28/2011 z 20. 6. 2012</w:t>
      </w:r>
    </w:p>
    <w:p>
      <w:r>
        <w:t>Uznesenie Krajského súdu Trnava z 20. júna 2012, sp. zn. 14S/28/2011, ECLI:SK:KSTT:2012:2011200233.2</w:t>
      </w:r>
    </w:p>
    <w:p>
      <w:r>
        <w:t>Súd: Krajský súd Trnava</w:t>
      </w:r>
    </w:p>
    <w:p>
      <w:r>
        <w:t>Spisová značka: 14S/28/2011</w:t>
      </w:r>
    </w:p>
    <w:p>
      <w:r>
        <w:t>ECLI: ECLI:SK:KSTT:2012:2011200233.2</w:t>
      </w:r>
    </w:p>
    <w:p>
      <w:r>
        <w:t>Dátum vydania: 20. 6. 2012</w:t>
      </w:r>
    </w:p>
    <w:p>
      <w:r>
        <w:t>Forma: Uznesenie</w:t>
      </w:r>
    </w:p>
    <w:p>
      <w:pPr>
        <w:pStyle w:val="Heading2"/>
      </w:pPr>
      <w:r>
        <w:t>Text rozhodnutia</w:t>
      </w:r>
    </w:p>
    <w:p>
      <w:r>
        <w:t>Súd: Krajský súd Trnava Spisová značka: 14S/28/2011 Identifikačné číslo súdneho spisu: 2011200233 Dátum vydania rozhodnutia: 21. 06. 2012 Meno a priezvisko sudcu, VSÚ: JUDr. Katarína Benczová ECLI: ECLI:SK:KSTT:2012:2011200233.2 Uznesenie Krajský súd v Trnave v právnej veci žalobcu: M. Q., bytom N. X, XXX XX Y., zast.: JUDr. Roman Cibulka, advokát, Hlavná 13, 917 01 Trnava, proti žalovanému: Správa katastra Trnava, Vajanského 2, 917 01 Trnava, za účasti: Železnice Slovenskej republiky, so sídlom Klemensova 8, 813 61 Bratislava, IČO: 31 364 501, o preskúmanie zákonnosti postupu správneho orgánu t a k t o r o z h o d o l : Krajský súd v Trnave konanie z a s t a v u j e. Po právoplatnosti tohto rozhodnutia bude žalobcovi prostredníctvom Daňového úradu v Trnave vrátený skrátený súdny poplatok vo výške 59,30 eur. Železnice Slovenskej republiky sú p o v i n n é zaplatiť žalobcovi náhradu trov konania k rukám advokáta JUDr. Romana Cibulku vo výške 6,70 eur do troch dní od právoplatnosti rozhodnutia. o d ô v o d n e n i e : Žalobou podanou tunajšiemu súdu osobne dňa 07.04.2011 sa žalobca prostredníctvom splnomocneného právneho zástupcu domáhal preskúmania zákonnosti postupu žalovaného v súvislosti s vykonaním záznamu vecného bremena v zmysle §4 ods. 4 zákona č. 513/2009 Z.z. o dráhach a o zmene a doplnení niektorých zákonov v znení neskorších predpisov na nehnuteľnostiach žalobcu zapísaných na LV č. XXXX označených ako parc. registra ,,E“ č. 1914/18 - orná pôda o výmere 9747 m2 a parc. č. 1914/27- orná pôda o výmere 4529 m2 v k.ú. Y. v podobe práva prechodu a uloženia inžinierskych sietí v prospech Železníc Slovenskej republiky. Uznesením č.k. 14S/28/2011 - 25 zo dňa 08.07.2011 súd v súlade s § 250 ods.1 veta druhá O.s.p. pribral Železnice Slovenskej republiky, so sídlom Klemensova 8, 813 61 Bratislava, IČO: 31 364 501 do konania, nakoľko ich práva a povinnosti by mohli byť zrušením rozhodnutia žalovaného správneho orgánu dotknuté. Žalobca prostredníctvom splnomocneného právneho zástupcu podaním zo dňa 16.05.2012 súdu oznámil, že žalobu zo dňa 06.04.2011 berie v celom rozsahu späť a navrhuje predmetné konanie zastaviť. Podľa § 250h O. s. p. až do rozhodnutia súdu môže žalobca rozsah napadnutia správneho rozhodnutia obmedziť; rozšíriť ho môže len v lehote podľa § 250b O. s. p.. Až do rozhodnutia súdu môže žalobca vziať žalobu späť. Ak žalovanému medzitým vzniknú trovy konania, rozhodne súd o ich náhrade. Podľa § 250d ods.3 O. s. 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prejav vôle žalobcu súd postupoval podľa § 250d ods. 3 O. s. p. v spojení s 250h ods. 2 O. s. p. a konanie zastavil. Žalobca na výzvu súdu zaplatil v kolkoch 66 eur ako súdny poplatok za návrh. Podľa § 11 ods. 3 veta tretia zákona č. 71/1992 Zb. o súdnych poplatkoch a poplatku za výpis z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Nakoľko konanie o preskúmanie zákonnosti rozhodnutia žalovaného bolo zastavené z dôvodu späťvzatia návrhu žalobcom, súd rozhodol o vrátení zaplateného súdneho poplatku za návrh na začatie konania vo výške 59,30 eur, kráteného o 6,70 eura, v súlade s ustanovením § 11 ods. 3 a 4 zákona č. 71/1992 Zb. o súdnych poplatkoch v znení neskorších predpisov. O náhrade trov konania súd rozhodol podľa § 250h ods. 2 O.s.p. a § 246c ods.1 O.s.p. v spojení s ust. § 146 ods. 2 druhá veta O.s.p.. Podľa názoru súdu bol návrh na preskúmanie rozhodnutia žalovaného podaný dôvodne a konanie bolo zastavené po späťvzatí tohto návrhu z dôvodu uzavretia dohody o finančnej náhrade medzi žalobcom a Železnicami Slovenskej republiky. Keďže ust. § 146 ods. 2 druhá veta O.s.p. sa použitím extenzívneho výkladu aplikuje aj na pozíciu osôb zúčastnených na súdnom konaní súd priznal žalobcovi náhradu trov konania a zaviazal Železnice Slovenskej republiky zaplatiť žalobcovi náhradu trov konania v sume 6,70 eur, ktorá predstavuje skrátenú časť súdneho poplatku. Toto rozhodnutie senát Krajského súdu v Trnave prijal pomerom hlasov 3:0 (§3ods.9 zák.č. 757/2004 Z.z. v znení zákona č. 33/2011 Z.z.). Poučenie: Proti tomuto uzneseniu je prípustné odvolanie v lehote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https://www.kauzis.sk/judikatura/r/ECLI:SK:KSTT:2012:2011200233.2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