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38Sd/37/2011 z 23. 1. 2012</w:t>
      </w:r>
    </w:p>
    <w:p>
      <w:r>
        <w:t>Opravné uznesenie Krajského súdu Trnava z 23. januára 2012, sp. zn. 38Sd/37/2011, ECLI:SK:KSTT:2012:2011200574.2</w:t>
      </w:r>
    </w:p>
    <w:p>
      <w:r>
        <w:t>Súd: Krajský súd Trnava</w:t>
      </w:r>
    </w:p>
    <w:p>
      <w:r>
        <w:t>Spisová značka: 38Sd/37/2011</w:t>
      </w:r>
    </w:p>
    <w:p>
      <w:r>
        <w:t>ECLI: ECLI:SK:KSTT:2012:2011200574.2</w:t>
      </w:r>
    </w:p>
    <w:p>
      <w:r>
        <w:t>Dátum vydania: 23. 1.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38Sd/37/2011 Identifikačné číslo súdneho spisu: 2011200574 Dátum vydania rozhodnutia: 24. 01. 2012 Meno a priezvisko sudcu, VSÚ: JUDr. Katarína Benczová ECLI: ECLI:SK:KSTT:2012:2011200574.2 Opravné uznesenie Krajský súd v Trnave v právnej veci navrhovateľa: A. R., nar. XX.XX.XXXX, bytom F. K. U. XX, A., zast. B. N., bytom A., W. XX, proti odporkyni: Sociálna poisťovňa - ústredie, ul. 29. augusta č. 8, Bratislava, o návrhu na preskúmanie rozhodnutia odporkyne t a k t o r o z h o d o l : Súd o p r a v u j e záhlavie rozsudku Krajského súdu v Trnave zo dňa 29. novembra 2011 sp. zn. 38Sd/37/2011 tak, že správne znie: ,,Krajský súd v Trnave v konaní pred samosudkyňou JUDr. Katarínou Benczovou v právnej veci navrhovateľa: A. R., nar. X. G. XXXX, bytom A., F. K. U. XX, zastúpený splnomocnenou zástupkyňou B. N., bytom A., W. XX, proti odporkyni: Sociálna poisťovňa - ústredie, ul. 29. augusta č. 8, Bratislava, o návrhu na preskúmanie rozhodnutia odporkyne takto“ o d ô v o d n e n i e : Pri písomnom vyhotovení rozsudku Krajského súdu v Trnave sp. zn. 38 Sd/37/2011-30 došlo k pisárskej chybe, keď v záhlaví rozsudku bolo uvedené nesprávne rodné meno navrhovateľa.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uzneseniu nie je prípustné odvolanie.</w:t>
      </w:r>
    </w:p>
    <w:p/>
    <w:p>
      <w:r>
        <w:t>Zdroj: KAUZIS.SK – https://www.kauzis.sk/judikatura/r/ECLI:SK:KSTT:2012:2011200574.2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