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44Sd/2/2012 z 1. 7. 2012</w:t>
      </w:r>
    </w:p>
    <w:p>
      <w:r>
        <w:t>Uznesenie Krajského súdu Trnava z 1. júla 2012, sp. zn. 44Sd/2/2012, ECLI:SK:KSTT:2012:2012200012.1</w:t>
      </w:r>
    </w:p>
    <w:p>
      <w:r>
        <w:t>Súd: Krajský súd Trnava</w:t>
      </w:r>
    </w:p>
    <w:p>
      <w:r>
        <w:t>Spisová značka: 44Sd/2/2012</w:t>
      </w:r>
    </w:p>
    <w:p>
      <w:r>
        <w:t>ECLI: ECLI:SK:KSTT:2012:2012200012.1</w:t>
      </w:r>
    </w:p>
    <w:p>
      <w:r>
        <w:t>Dátum vydania: 1. 7. 2012</w:t>
      </w:r>
    </w:p>
    <w:p>
      <w:r>
        <w:t>Forma: Uznesenie</w:t>
      </w:r>
    </w:p>
    <w:p>
      <w:pPr>
        <w:pStyle w:val="Heading2"/>
      </w:pPr>
      <w:r>
        <w:t>Text rozhodnutia</w:t>
      </w:r>
    </w:p>
    <w:p>
      <w:r>
        <w:t>Súd: Krajský súd Trnava Spisová značka: 44Sd/2/2012 Identifikačné číslo súdneho spisu: 2012200012 Dátum vydania rozhodnutia: 02. 07. 2012 Meno a priezvisko sudcu, VSÚ: JUDr. Pavol Laczo ECLI: ECLI:SK:KSTT:2012:2012200012.1</w:t>
      </w:r>
    </w:p>
    <w:p>
      <w:r>
        <w:t>Uznesenie Krajský súd v Trnave v právnej veci navrhovateľky: U. O., nar. XX.XX.XXXX, bytom S. E. XXXX/XX, XXX XX R. X. H., proti odporkyni: Sociálna poisťovňa, ústredie, so sídlom Ul. 29. augusta č. 8, 813 63 Bratislava o preskúmanie rozhodnutia odporkyne takto</w:t>
      </w:r>
    </w:p>
    <w:p>
      <w:r>
        <w:t>r o z h o d o l :</w:t>
      </w:r>
    </w:p>
    <w:p>
      <w:r>
        <w:t>Súd konanie z a s t a v u j e .</w:t>
      </w:r>
    </w:p>
    <w:p>
      <w:r>
        <w:t>Žiaden z účastníkov nemá právo na náhradu trov konania.</w:t>
      </w:r>
    </w:p>
    <w:p>
      <w:r>
        <w:t>o d ô v o d n e n i e :</w:t>
      </w:r>
    </w:p>
    <w:p>
      <w:r>
        <w:t>Navrhovateľka svojim návrhom zo dňa 22.09.2011, doručeným odporkyni dňa 27.09.2011, žiadala o preskúmanie rozhodnutia odporkyne č. XXX XXX XXXX zo dňa 22.08.2011, ktorým odporkyňa zamietla podľa § 70 ods. 1 zákona č. 461/2003 Z. z. o sociálnom poistení v znení neskorších predpisov a čl. 46 nariadenia (ES) Európskeho parlamentu a Rady č. 883/2004 o koordinácii systémov sociálneho zabezpečenia, navrhovateľke žiadosť o invalidný dôchodok zo dňa 15.07.2011. Rozhodnutie odporkyne vychádzalo z posudku posudkového lekára sociálneho poistenia, pobočka Senica zo dňa 27.07.2011, ktorý stanovil mieru poklesu schopnosti vykonávať zárobkovú činnosť u navrhovateľky na 35 % v porovnaní so zdravou fyzickou osobou.</w:t>
      </w:r>
    </w:p>
    <w:p>
      <w:r>
        <w:t>Na základe opravného prostriedku navrhovateľky bol jej zdravotný stav opakovane preskúmaný posudkovým lekárom sociálneho poistenia Sociálnej poisťovne, ústredie, dňa 12. 01. 2012 so záverom, že navrhovateľka je invalidná podľa § 71 ods.1 zákona č. 461/2003 Z. z. o sociálnom poistení, lebo pre dlhodobo nepriaznivý zdravotný stav má pokles schopnosti vykonávať zárobkovú činnosť o viac ako 40% v porovnaní so zdravou fyzickou osobou, pričom miera poklesu schopnosti vykonávať zárobkovú činnosť u navrhovateľky bola stanovená na 45 %.</w:t>
      </w:r>
    </w:p>
    <w:p>
      <w:r>
        <w:t>Navrhovateľka po oboznámení sa s týmto záverom na nariadenom pojednávaní dňa 02. 07. 2012 uviedla, že nakoľko došlo k zrušeniu rozhodnutia odporkyne z 22.08.2011 a rozhodnutím zo dňa 06.02.2012 došlo následne k priznaniu invalidného dôchodku, z tohto dôvodu navrhovateľka berie v celom rozsahu svoje odvolanie došlé tunajšiemu súdu dňa 18.01.2012 späť a žiada konanie zastaviť.</w:t>
      </w:r>
    </w:p>
    <w:p>
      <w:r>
        <w:t>Krajský súd v Trnave príslušný na konanie vo veci (podľa § 244 ods. 1,2 O.s.p. a § 250l O.s.p.), prejednal vec na nariadenom pojednávaní a usúdil, že sú splnené podmienky na zastavenie konania o preskúmaní napadnutého rozhodnutia odporkyne v dôsledku späť vzatia návrhu na jeho preskúmanie.</w:t>
      </w:r>
    </w:p>
    <w:p>
      <w:r>
        <w:t>Podľa § 250h ods. 1 O.s.p. až do rozhodnutia súdu môže žalobca rozsah napadnutia správneho rozhodnutia obmedziť; rozšíriť ho môže len v lehote podľa § 250b.</w:t>
      </w:r>
    </w:p>
    <w:p>
      <w:r>
        <w:t>Podľa § 250h ods. 2 O.s.p. až do rozhodnutia súdu môže žalobca vziať žalobu späť; ak žalovanému medzitým vznikli trovy konania, rozhodne súd o ich náhrade.</w:t>
      </w:r>
    </w:p>
    <w:p>
      <w:r>
        <w:t>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ods.2).Odvolanie proti uzneseniu je prípustné.</w:t>
      </w:r>
    </w:p>
    <w:p>
      <w:r>
        <w:t>Vzhľadom na to, že navrhovateľka vzala späť návrh v celom rozsahu, súd postupoval podľa § 250d ods. 3 OSP v spojení s § 250h ods. 2 OSP a konanie zastavil.</w:t>
      </w:r>
    </w:p>
    <w:p>
      <w:r>
        <w:t>O náhrade trov konania súd rozhodol podľa § 250l ods. 1,2 O.s.p. v spojení s § 250h ods. 2 O.s.p. a § 146 ods. 1 písm. c) O.s.p., podľa ktorého žiaden z účastníkov nemá právo na náhradu trov konania podľa jeho výsledku ak konanie bolo zastavené. Súd preto rozhodol o náhrade trov konania tak, že žiaden z účastníkov nemá právo na náhradu trov konania.</w:t>
      </w:r>
    </w:p>
    <w:p>
      <w:r>
        <w:t>Poučenie:</w:t>
      </w:r>
    </w:p>
    <w:p>
      <w:r>
        <w:t>Proti tomuto uzneseniu je prípustné odvolanie do 15 dní odo dňa jeho doručenia na Najvyšší súd SR prostredníctvom Krajského súdu v Trnave.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https://www.kauzis.sk/judikatura/r/ECLI:SK:KSTT:2012:2012200012.1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