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43Sd/18/2012 z 14. 5. 2012</w:t>
      </w:r>
    </w:p>
    <w:p>
      <w:r>
        <w:t>Uznesenie Krajského súdu Trnava z 14. mája 2012, sp. zn. 43Sd/18/2012, ECLI:SK:KSTT:2012:2012200082.1</w:t>
      </w:r>
    </w:p>
    <w:p>
      <w:r>
        <w:t>Súd: Krajský súd Trnava</w:t>
      </w:r>
    </w:p>
    <w:p>
      <w:r>
        <w:t>Spisová značka: 43Sd/18/2012</w:t>
      </w:r>
    </w:p>
    <w:p>
      <w:r>
        <w:t>ECLI: ECLI:SK:KSTT:2012:2012200082.1</w:t>
      </w:r>
    </w:p>
    <w:p>
      <w:r>
        <w:t>Dátum vydania: 14. 5. 2012</w:t>
      </w:r>
    </w:p>
    <w:p>
      <w:r>
        <w:t>Forma: Uznesenie</w:t>
      </w:r>
    </w:p>
    <w:p>
      <w:pPr>
        <w:pStyle w:val="Heading2"/>
      </w:pPr>
      <w:r>
        <w:t>Text rozhodnutia</w:t>
      </w:r>
    </w:p>
    <w:p>
      <w:r>
        <w:t>Súd: Krajský súd Trnava Spisová značka: 43Sd/18/2012 Identifikačné číslo súdneho spisu: 2012200082 Dátum vydania rozhodnutia: 15. 05. 2012 Meno a priezvisko sudcu, VSÚ: JUDr. Ľubomír Bundzel ECLI: ECLI:SK:KSTT:2012:2012200082.1 Uznesenie Krajský súd v Trnave v právnej veci navrhovateľa: D. S., nar. XX. XX. XXXX, bytom Z. XXX/X, XXX XX W. P.,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doručeným odporkyni dňa 23. 11. 2011 žiadal o preskúmanie rozhodnutia odporkyne č. XXX XXX XXXX X zo dňa 22. 09. 2011, ktorým odporkyňa zamietla podľa § 70 a § 71 zákona č. 461/2003 Z. z. o sociálnom poistení v znení neskorších predpisov navrhovateľovi žiadosť o invalidný dôchodok zo dňa 07. 09. 2011. Rozhodnutie odporkyne vychádzalo z posudku posudkového lekára sociálneho poistenia Sociálnej poisťovne, pobočky Dunajská Streda zo dňa 07. 09. 2011, ktorý stanovil mieru poklesu schopnosti vykonávať zárobkovú činnosť u navrhovateľa na 35 % v porovnaní so zdravou fyzickou osobou. Na základe opravného prostriedku navrhovateľa bol jeho zdravotný stav opakovane preskúmaný posudkovým lekárom sociálneho poistenia Sociálnej poisťovne, ústredie dňa 08. 02. 2012, so záverom, že navrhovateľ nie je invalidný podľa § 71 ods. 1 zákona č. 461/2003 Z. z. o sociálnom poistení, lebo pre dlhodobo nepriaznivý zdravotný stav nemá pokles schopnosti vykonávať zárobkovú činnosť o viac ako 40% v porovnaní so zdravou fyzickou osobou, pričom miera poklesu schopnosti vykonávať zárobkovú činnosť u navrhovateľa bola stanovená opätovne na 35 %. Navrhovateľ po oboznámení sa s týmto záverom ešte pred pojednávaním vzal svoj návrh o preskúmanie rozhodnutia podaním zo dňa 08. 03. 2012, doručeným na adresu tunajšieho súdu dňa 13. 03. 2012, späť a konanie žiadal zastaviť. Krajský súd v Trnave príslušný na konanie vo veci, prejednal vec bez nariadenia pojednávania (podľa § 244 ods. 1,2 O. s. p. a § 250l O. s. p.) a usúdil,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