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44Sd/19/2012 z 29. 2. 2012</w:t>
      </w:r>
    </w:p>
    <w:p>
      <w:r>
        <w:t>Uznesenie Krajského súdu Trnava z 29. februára 2012, sp. zn. 44Sd/19/2012, ECLI:SK:KSTT:2012:2012200083.1</w:t>
      </w:r>
    </w:p>
    <w:p>
      <w:r>
        <w:t>Súd: Krajský súd Trnava</w:t>
      </w:r>
    </w:p>
    <w:p>
      <w:r>
        <w:t>Spisová značka: 44Sd/19/2012</w:t>
      </w:r>
    </w:p>
    <w:p>
      <w:r>
        <w:t>ECLI: ECLI:SK:KSTT:2012:2012200083.1</w:t>
      </w:r>
    </w:p>
    <w:p>
      <w:r>
        <w:t>Dátum vydania: 29. 2. 2012</w:t>
      </w:r>
    </w:p>
    <w:p>
      <w:r>
        <w:t>Forma: Uznesenie</w:t>
      </w:r>
    </w:p>
    <w:p>
      <w:pPr>
        <w:pStyle w:val="Heading2"/>
      </w:pPr>
      <w:r>
        <w:t>Text rozhodnutia</w:t>
      </w:r>
    </w:p>
    <w:p>
      <w:r>
        <w:t>Súd: Krajský súd Trnava Spisová značka: 44Sd/19/2012 Identifikačné číslo súdneho spisu: 2012200083 Dátum vydania rozhodnutia: 01. 03. 2012 Meno a priezvisko sudcu, VSÚ: JUDr. Pavol Laczo ECLI: ECLI:SK:KSTT:2012:2012200083.1 Uznesenie Krajský súd v Trnave v právnej veci navrhovateľa: Ing. Q. S., nar. XX. XX. XXXX, bytom N. I. X, XXX XX V.,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 svojim návrhom zo dňa 16.01.2012, doručeným odporkyni dňa 17.01.2012, žiadal o preskúmanie rozhodnutia odporkyne č. XXX XXX XXXX zo dňa 08.12.2011, ktorým odporkyňa od 01.01.2012 navrhovateľovi zvýšila podľa § 82 zákona č. 461/2003 Z. z. o sociálnom poistení v znení neskorších predpisov predčasný starobný dôchodok na sumu 642,90 EUR mesačne. Navrhovateľ v podanom opravnom prostriedku namietal nesprávne vypočítanú výšku sumy predčasného starobného dôchodku, nakoľko sa dôchodok zvyšoval z nesprávneho základu - t. j. sumy dôchodku, v ktorej nebolo zhodnotené obdobie dôchodkového poistenia od 01.12. 2009 až do 30.06.2011. Odporkyňa znovu prehodnotila stav navrhovateľa a dospela k záveru, že námietkam navrhovateľa uvedených v návrhu na preskúmanie napadnutého rozhodnutia je potrebné vyhovieť. Na základe vyššie uvedeného odporkyňa vydala nové rozhodnutie pod číslom XXX XXX XXXX zo dňa 10.01.2012, ktorým navrhovateľovi v plnom rozsahu vyhovela, započítala predtým nezhodnotené obdobie a súčasne zvýšila sumu predčasného starobného dôchodku od 01.07.2011 na sumu 643,20 EUR mesačne (od 01.01.2012 na sumu 664,50 EUR mesačne). Navrhovateľ po oboznámení sa s týmto záverom ešte pred pojednávaním vzal svoj návrh o preskúmanie rozhodnutia podaním zo dňa 23.02.2012 späť a konanie žiadal zastaviť. Krajský súd v Trnave príslušný na konanie vo veci, prejednal vec bez nariadenia pojednávania (podľa § 244 ods. 1,2 O.s.p. a § 250l O.s.p.) a usúdil,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