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43Sd/21/2012 z 14. 3. 2012</w:t>
      </w:r>
    </w:p>
    <w:p>
      <w:r>
        <w:t>Uznesenie Krajského súdu Trnava z 14. marca 2012, sp. zn. 43Sd/21/2012, ECLI:SK:KSTT:2012:2012200090.1</w:t>
      </w:r>
    </w:p>
    <w:p>
      <w:r>
        <w:t>Súd: Krajský súd Trnava</w:t>
      </w:r>
    </w:p>
    <w:p>
      <w:r>
        <w:t>Spisová značka: 43Sd/21/2012</w:t>
      </w:r>
    </w:p>
    <w:p>
      <w:r>
        <w:t>ECLI: ECLI:SK:KSTT:2012:2012200090.1</w:t>
      </w:r>
    </w:p>
    <w:p>
      <w:r>
        <w:t>Dátum vydania: 14. 3. 2012</w:t>
      </w:r>
    </w:p>
    <w:p>
      <w:r>
        <w:t>Forma: Uznesenie</w:t>
      </w:r>
    </w:p>
    <w:p>
      <w:pPr>
        <w:pStyle w:val="Heading2"/>
      </w:pPr>
      <w:r>
        <w:t>Text rozhodnutia</w:t>
      </w:r>
    </w:p>
    <w:p>
      <w:r>
        <w:t>Súd: Krajský súd Trnava Spisová značka: 43Sd/21/2012 Identifikačné číslo súdneho spisu: 2012200090 Dátum vydania rozhodnutia: 15. 03. 2012 Meno a priezvisko sudcu, VSÚ: JUDr. Ľubomír Bundzel ECLI: ECLI:SK:KSTT:2012:2012200090.1 Uznesenie Krajský súd v Trnave v právnej veci navrhovateľa: P. M., nar. XX.XX.XXXX, bytom P. XXX, XXX XX P., proti odporkyni: Sociálna poisťovňa - ústredie, ul. 29. augusta č. 8, 813 63 Bratislava, o preskúmanie rozhodnutia odporkyne č. XXX XXX XXXX zo dňa 21.12.2011 t a k t o r o z h o d o l : Súd konanie z a s t a v u j e . Žiaden z účastníkov nemá právo na náhradu trov konania. o d ô v o d n e n i e : Opravným prostriedkom doručeným Sociálnej poisťovni - ústrediu dňa 27.01.2012, sa navrhovateľ domáhal preskúmania zákonnosti rozhodnutia odporkyne č. XXX XXX XXXX zo dňa 21.12.2011, ktorým mu bola podľa § 70 ods. 1 zák. č. 461/2003 Z.z. o sociálnom poistení v znení neskorších predpisov zamietnutá žiadosť o invalidný dôchodok zo dňa 22.11.2011 z dôvodu, že nezískal potrebný počet rokov dôchodkového poistenia na vznik nároku na invalidný dôchodok podľa § 72 ods. 1 písm. e) zák. č. 461/2003 Z.z. o sociálnom poistení. Navrhovateľ svoj návrh odôvodnil tým, že jeho diagnóza mu nedovoľuje riadne sa zamestnať a zároveň žiadal o prehodnotenie jeho stavu. Odporkyňa vo svojom vyjadrení k opravnému prostriedku zo dňa 09.02.2012 žiadala napadnuté rozhodnutie ako vecne správne potvrdiť vzhľadom na to, že aj keď navrhovateľ bol na základe posudku posudkového lekára sociálneho poistenia Sociálnej poisťovne, pobočky Trnava zo dňa 22.11.2011 uznaný za invalidného podľa § 71 ods. 1 zák. č. 461/2003 Z.z. o sociálnom poistení s mierou poklesu schopnosti vykonávať zárobkovú činnosť 50% v porovnaní so zdravou fyzickou osobou, nezískal potrebný počet rokov dôchodkového poistenia na vznik nároku na invalidný dôchodok podľa § 72 ods. 1 písm. e) zák. č. 461/2003 Z.z. o sociálnom poistení. Navrhovateľ po oboznámení sa s vyjadrením odporkyne zo dňa 09.02.2012, v ktorom podrobne opísala postup a dôvody vydania napadnutého rozhodnutia, vzal svoj návrh na preskúmanie rozhodnutia, podaním došlým tunajšiemu súdu dňa 06.03.2012, späť a konanie žiadal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