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43Sd/25/2012 z 19. 11. 2012</w:t>
      </w:r>
    </w:p>
    <w:p>
      <w:r>
        <w:t>Uznesenie Krajského súdu Trnava z 19. novembra 2012, sp. zn. 43Sd/25/2012, ECLI:SK:KSTT:2012:2012200112.2</w:t>
      </w:r>
    </w:p>
    <w:p>
      <w:r>
        <w:t>Súd: Krajský súd Trnava</w:t>
      </w:r>
    </w:p>
    <w:p>
      <w:r>
        <w:t>Spisová značka: 43Sd/25/2012</w:t>
      </w:r>
    </w:p>
    <w:p>
      <w:r>
        <w:t>ECLI: ECLI:SK:KSTT:2012:2012200112.2</w:t>
      </w:r>
    </w:p>
    <w:p>
      <w:r>
        <w:t>Dátum vydania: 19. 11. 2012</w:t>
      </w:r>
    </w:p>
    <w:p>
      <w:r>
        <w:t>Forma: Uznesenie</w:t>
      </w:r>
    </w:p>
    <w:p>
      <w:pPr>
        <w:pStyle w:val="Heading2"/>
      </w:pPr>
      <w:r>
        <w:t>Text rozhodnutia</w:t>
      </w:r>
    </w:p>
    <w:p>
      <w:r>
        <w:t>Súd: Krajský súd Trnava Spisová značka: 43Sd/25/2012 Identifikačné číslo súdneho spisu: 2012200112 Dátum vydania rozhodnutia: 20. 11. 2012 Meno a priezvisko sudcu, VSÚ: JUDr. Ľubomír Bundzel ECLI: ECLI:SK:KSTT:2012:2012200112.2 Uznesenie Krajský súd v Trnave v právnej veci navrhovateľky: J. W., nar. XX. XX. XXXX, bytom D. XXXX/XX, XXX XX X., proti odporkyni: Sociálna poisťovňa, ústredie, so sídlom Ul. 29. augusta č. 8, 813 63 Bratislava o preskúmanie rozhodnutia odporkyne t a k t o r o z h o d o l : Súd konanie z a s t a v u j e . Žiaden z účastníkov nemá nárok na náhradu trov konania. o d ô v o d n e n i e : Navrhovateľka svojim návrhom zo dňa 15. 12. 2011, doručeným odporkyni dňa 16. 12. 2011, žiadala o preskúmanie rozhodnutia odporkyne č. XXX XXX XXXX zo dňa 21. 11. 2011, ktorým odporkyňa zamietla podľa § 70 ods. 1 a § 71 ods. 1 zákona č. 461/2003 Z. z. o sociálnom poistení v znení neskorších predpisov navrhovateľke žiadosť o ivalidný dôchodok zo dňa 19.10.2011. Rozhodnutie odporkyne vychádzalo z posudku posudkového lekára sociálneho poistenia, pobočka Galanta, zo dňa 04. 11. 2011, z ktorého vyplýva, že navrhovateľka nie je invalidná v zmysle § 71 ods. 1 zákona č. 461/2003 Z. z. o sociálnom poistení, lebo pre dlhodobo nepriaznivý zdravotný stav má pokles schopnosti vykonávať zárobkovú činnosť o 30 % v porovnaní so zdravou fyzickou osobou. Na základe opravného prostriedku navrhovateľky bol jej zdravotný stav opakovane preskúmaný posudkovým lekárom sociálneho poistenia Sociálnej poisťovne, pobočka Galanta, dňa 05. 01. 2012 a posudkovým lekárom sociálneho poistenia Sociálnej poisťovne, ústredie, dňa 28. 02. 2012. Posudkoví lekári sociálneho poistenia zotrvali na pôvodnom posudku, že navrhovateľka nie je invalidná v zmysle § 71 ods. 1 zákona č. 461/2003 Z. z. o sociálnom poistení, lebo pre dlhodobo nepriaznivý zdravotný stav má pokles schopnosti vykonávať zárobkovú činnosť o 35 % v porovnaní so zdravou fyzickou osobou. Na základe výzvy tunajšieho súdu zo dňa 13. 06. 2012, doručenej navrhovateľke dňa 15. 06. 2012, bola navrhovateľka vyzvaná, aby v stanovenej lehote oznámila súdu, či trvá na svojom podanom opravnom prostriedku, alebo žiada konanie zastaviť, vzhľadom na vyjadrenie odporkyne zo dňa 13.03.3012, ktoré jej bolo zasielané. Na vyššie uvedené, navrhovateľka v stanovenej lehote zaslala vyjadrenie zo dňa 22.06.2012, došlé súdu dňa 27.06.2012, v ktorom trvala na svojom návrhu, žiadala o opätovné posúdenie jej žiadosti a zaslala súdu lekárske správy. Súd vo veci vytýčil termín pojednávania, ktoré sa uskutočnilo dňa 21. 08. 2012. Na pojednávaní navrhovateľka uviedla, že trvá na podanom návrhu a myslí si, že spĺňa podmienky na priznanie invalidného dôchodku. Zároveň žiadala o znovuposúdenie posudkovým lekárom s poukazom na ňou doložené lekárske správy. Poverený zástupca odporkyne sa vyjadril, že nemá námietky voči doplneniu dokazovania, a to opätovným posúdením zdravotného stavu. Následne bolo vyhlásené uznesenie, ktorým sa pojednávanie odročilo na neurčito s tým, že zdravotný stav navrhovateľky bude opätovne posúdený. Dňa 26.09.2012, posudkovým lekárom sociálneho poistenia, Sociálna poisťovňa - ústredie, na dožiadanie súdu, znovuposudzovala zdravotný stav navrhovateľky so záverom, že navrhovateľka je invalidná podľa § 71 ods. 1 zákona č. 461/2003 Z. z. o sociálnom poistení od 07.05.2012, lebo pre dlhodobo nepriaznivý zdravotný stav má pokles schopnosti vykonávať zárobkovú činnosť o viac ako 40% v porovnaní so zdravou fyzickou osobou. Miera poklesu schopnosti vykonávať zárobkovú činnosť bola stanovená na 50%. Navrhovateľka sa podaním zo dňa 02.10.2012, došlým súdu dňa 05.10.2012, vyjadrila, že so správou o svojej 50 % invalidite nie je spokojná vzhľadom k tomu, že posudkový lekár nezohľadnil vyšetrenie EMG, na ktoré bola navrhovateľka objednaná až po termíne posudzovania zdravotného stavu. Následne však listom zo dňa 12.11.2012, došlým súdu 14.11.2012 uviedla, že súhlasí s pridanými percentami a v prípade zhoršenia zdravotného stavu bude žiadať o opätovné prehodnotenie. Súd vo veci vytýčil termín pojednávania, ktoré sa uskutočnilo dňa 20. 11. 2012, na ktoré sa navrhovateľka nedostavila. Na pojednávaní sa konštatovalo späťvzatie návrhu zo dňa 12.11.2012, s ktorým prítomná zástupkyňa odporkyne súhlasila. Krajský súd v Trnave príslušný na konanie vo veci (podľa § 244 ods. 1 a 2 O.s.p. a § 250l O.s.p.), prejednal vec na nariadenom pojednávaní a usúdil, že sú splnené podmienky na zastavenie konania o preskúmaní napadnutého rozhodnutia odporkyne v dôsledku späťvzatia návrhu na jeho preskúmanie. Podľa § 250h ods. 1 O.s.p., až do rozhodnutia súdu môže žalobca rozsah napadnutia správneho rozhodnutia obmedziť; rozšíriť ho môže len v lehote podľa § 250b.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ods.2).Odvolanie proti uzneseniu je prípustné. Vzhľadom na to, že navrhovateľka vzala späť návrh v celom rozsahu, súd postupoval podľa § 250d ods. 3 O.s.p. v spojení s § 250h ods. 2 O.s.p. a konanie zastavil. O náhrade trov konania súd rozhodol podľa § 250l ods. 1,2 O.s.p. v spojení s § 250h ods. 2 O.s.p. a § 146 ods. 1 písm. c) O.s.p., podľa ktorého žiaden z účastníkov nemá právo na náhradu trov konania podľa jeho výsledku ak konanie bolo zastavené. Súd preto rozhodol o náhrade trov konania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https://www.kauzis.sk/judikatura/r/ECLI:SK:KSTT:2012:2012200112.2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