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44Sd/42/2012 z 18. 11. 2012</w:t>
      </w:r>
    </w:p>
    <w:p>
      <w:r>
        <w:t>Rozsudok Krajského súdu Trnava z 18. novembra 2012, sp. zn. 44Sd/42/2012, ECLI:SK:KSTT:2012:2012200190.2</w:t>
      </w:r>
    </w:p>
    <w:p>
      <w:r>
        <w:t>Súd: Krajský súd Trnava</w:t>
      </w:r>
    </w:p>
    <w:p>
      <w:r>
        <w:t>Spisová značka: 44Sd/42/2012</w:t>
      </w:r>
    </w:p>
    <w:p>
      <w:r>
        <w:t>ECLI: ECLI:SK:KSTT:2012:2012200190.2</w:t>
      </w:r>
    </w:p>
    <w:p>
      <w:r>
        <w:t>Dátum vydania: 18. 11. 2012</w:t>
      </w:r>
    </w:p>
    <w:p>
      <w:r>
        <w:t>Forma: Rozsudok</w:t>
      </w:r>
    </w:p>
    <w:p>
      <w:r>
        <w:t>Oblasť práva: Správne právo</w:t>
      </w:r>
    </w:p>
    <w:p>
      <w:pPr>
        <w:pStyle w:val="Heading2"/>
      </w:pPr>
      <w:r>
        <w:t>Text rozhodnutia</w:t>
      </w:r>
    </w:p>
    <w:p>
      <w:r>
        <w:t>Súd: Krajský súd Trnava Spisová značka: 44Sd/42/2012 Identifikačné číslo súdneho spisu: 2012200190 Dátum vydania rozhodnutia: 19. 11. 2012 Meno a priezvisko sudcu, VSÚ: JUDr. Pavol Laczo ECLI: ECLI:SK:KSTT:2012:2012200190.2 ROZSUDOK V MENE SLOVENSKEJ REPUBLIKY Krajský súd v Trnave v konaní pred samosudcom JUDr. Pavlom Laczom v právnej veci navrhovateľky: U. C., nar. XX.X.XXXX, bytom XXX XX Z. XXX, proti odporkyni: Sociálna poisťovňa - ústredie, Ul. 29 augusta 8, Bratislava, o preskúmanie zákonnosti rozhodnutia odporkyne zo dňa 02.12.2011 č. XXX XXX XXXX X takto r o z h o d o l : Krajský súd napadnuté rozhodnutie odporkyne Sociálnej poisťovne - ústredie Bratislava zo dňa 02. decembra 2011 č. XXX XXX XXXX X p o t v r d z u j e. Navrhovateľke náhradu trov konania nepriznáva. o d ô v o d n e n i e : Napadnutým rozhodnutím zo dňa 02. decembra 2011 č. XXX XXX XXXX X odporkyňa podľa § 73 a § 112 ods. 4 zákona č. 461/2003 Z.z. o sociálnom poistení v znení neskorších predpisov, žiadosť navrhovateľky o zvýšenie invalidného dôchodku zamietla. Svoje rozhodnutie odporkyňa odôvodnila tým, že posúdeniu zdravotného stavu navrhovateľky zodpovedá percentuálne vyjadrenie miery poklesu schopnosti vykonávať zárobkovú činnosť vo výške 70% tak ako to bolo uvedené v odbornom posudku posudkového lekára zo dňa 19.10.2011 a ktorý tvorí neoddeliteľnú súčasť napadnutého rozhodnutia. Proti tomuto rozhodnutiu podala navrhovateľka v zákonnej lehote odvolanie dňa 2.1.2012, ktoré bolo zaslané na nepríslušný Krajský súd v Trenčíne. Krajský súd v Trenčíne uznesením č.k.15Sd/72/2012-8 zo dňa 22.3.2012 postúpil vec Krajskému súdu v Trnave na vybavenie. Z opravného prostriedku súd zistil, že navrhovateľka nesúhlasí s rozhodnutím odporkyne z dôvodu, že nie je spokojná s určením miery poklesu schopnosti vykonávať zárobkovú činnosť vo výške 70%. Krajský sú preskúmal napadnuté rozhodnutie na pojednávaní podľa § 244 ods. 1, 2 a 3 O.s.p., a § 250l ods. 1 a 2 O.s.p. a dospel k záveru, že napadnuté rozhodnutie odporkyne je správne. Krajský súd nariadil pojednávanie na deň 10.9.2012, kde navrhovateľka uviedla, že posudková lekárka posudzovala jej zdravotný stav bez toho, že by videla jej problémy s vredmi na nohách. Navrhovateľka jej neukázala vredy na nohách z dôvodu, že mala otvorené rany a to aj napriek tomu, že bola prítomná osobne na posudkovej komisii. Na základe tejto skutočnosti krajský súd nariadil vo veci, aby posudková lekárska opätovne vyšetrila navrhovateľku aj vizuálne a vyjadrila sa, či miera poklesu schopnosti vykonávať zárobkovú činnosť zodpovedá naďalej tej miere akú určila vo svojom lekárskom posudku. Na pojednávaní konanom dňa 19.11.2012 navrhovateľka uviedla, že trvá na podanom návrhu napriek tomu, že posudková lekárka zotrvala na doterajších záveroch. Zástupkyňa odporkyne uviedla, že žiada napadnuté rozhodnutie ako vecne správne potvrdiť. Podľa § 70 ods. 1 zákona č.461/2003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v znení neskorších predpisov poistenec je invalidný, ak pre dlhodobo nepriaznivý zdravotný stav má pokles schopnosti vykonávať zárobkovú činnosť o viac ako 40% v porovnaní so zdravou fyzickou osobou. Podľa § 71 ods. 4 písm. a) zákona č. 461/2003 Z.z. o sociálnom poistení v znení neskorších predpisov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Podľa § 73 zákona č. 461/2003 Z.z. o sociálnom poistení v znení neskorších predpisov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(4) Suma invalidného dôchodku fyzickej osoby uvedenej v § 70 ods. 2, ktorá má percentuálny pokles schopnosti vykonávať zárobkovú činnosť najviac o 70%, sa určí ako súčin percentuálneho poklesu schopnosti tejto fyzickej osoby vykonávať zárobkovú činnosť,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Na určenie osobného mzdového bodu platí odsek 3 druhá veta rovnako. Z predloženého spisového materiálu krajský súd zistil, že posudkoví lekári, ktorí potvrdili u navrhovateľky invaliditu určili vo všetkých prípadoch zhodne mieru poklesu schopnosti vykonávať zárobkovú činnosť na 70 %, pričom rozhodujúcim zdravotným postihnutím u navrhovateľky je choroba obehovej sústavy, oddiel B - choroby ciev, položka 5.1 - postihnutie žilového systému s chronickými recidivujúcimi vredmi, písmeno b) - obojstranné s mierou poklesu schopnosti vykonávať zárobkovú činnosť 60 %, ktorá bola zvýšená o 10 % z dôvodu zistenia iného zdravotného postihnutia, ktorým je chronická bolesť chrbta navrhovateľky. Takýto záver bol prijatý posudkovým lekárom dňa 19.10.2011, pričom tento posudok bol podkladom pre vydanie rozhodnutia odporkyne. Rovnaké závery boli konštatované aj v lekárskom posudku zo dňa 17.10.2012 posudkovou lekárkou MUDr. E. T., ktorá zotrvala na všetkých záveroch posudkového lekára uvedených v lekárskom posudku zo dňa 19.10.2011. Navrhovateľka v priebehu konania žiadnymi listinnými dôkazmi nepreukázala zhoršenie jej zdravotného stavu, ktoré by odôvodňovali vyššiu mieru poklesu schopnosti vykonávať zárobkovú činnosť v porovnaní so zdravou fyzickou osobou. Súd preto považuje rozhodnutie odporkyne za vecne správne, ktoré je vydané v súlade s ust. § 71 zákona č.461/2003 Z.z.. Vzhľadom na hore uvedené skutočnosti krajský súd v zmysle § 250q ods. 2 O.s.p. napadnuté rozhodnutie potvrdil.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https://www.kauzis.sk/judikatura/r/ECLI:SK:KSTT:2012:2012200190.2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