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44Sp/20/2012 z 16. 12. 2012</w:t>
      </w:r>
    </w:p>
    <w:p>
      <w:r>
        <w:t>Rozsudok Krajského súdu Trnava z 16. decembra 2012, sp. zn. 44Sp/20/2012, ECLI:SK:KSTT:2012:2012200305.2</w:t>
      </w:r>
    </w:p>
    <w:p>
      <w:r>
        <w:t>Súd: Krajský súd Trnava</w:t>
      </w:r>
    </w:p>
    <w:p>
      <w:r>
        <w:t>Spisová značka: 44Sp/20/2012</w:t>
      </w:r>
    </w:p>
    <w:p>
      <w:r>
        <w:t>ECLI: ECLI:SK:KSTT:2012:2012200305.2</w:t>
      </w:r>
    </w:p>
    <w:p>
      <w:r>
        <w:t>Dátum vydania: 16. 12. 2012</w:t>
      </w:r>
    </w:p>
    <w:p>
      <w:r>
        <w:t>Forma: Rozsudok</w:t>
      </w:r>
    </w:p>
    <w:p>
      <w:r>
        <w:t>Oblasť práva: Správne právo</w:t>
      </w:r>
    </w:p>
    <w:p>
      <w:pPr>
        <w:pStyle w:val="Heading2"/>
      </w:pPr>
      <w:r>
        <w:t>Text rozhodnutia</w:t>
      </w:r>
    </w:p>
    <w:p>
      <w:r>
        <w:t>Súd: Krajský súd Trnava Spisová značka: 44Sp/20/2012 Identifikačné číslo súdneho spisu: 2012200305 Dátum vydania rozhodnutia: 17. 12. 2012 Meno a priezvisko sudcu, VSÚ: JUDr. Pavol Laczo ECLI: ECLI:SK:KSTT:2012:2012200305.2 ROZSUDOK V MENE SLOVENSKEJ REPUBLIKY Krajský súd v Trnave samosudcom JUDr. Pavlom Laczom v právnej veci navrhovateľky: POHOTOVOSŤ, s.r.o., so sídlom Pribinova 25, Bratislava, IČO: 35 807 598, proti odporkyni: Správa katastra Senica, Hollého 1596/18A, 905 01 Senica, za účasti: U. U., nar.XX.XX.XXXX, bytom XXX XX U. Q. č.XXX, o preskúmanie rozhodnutia odporkyne č. V-347/12-1 zo dňa 22.03.2011, na základe odvolania navrhovateľky, takto r o z h o d o l : Krajský súd napadnuté rozhodnutie odporkyne Správy katastra Senica zo dňa 22. marca 2011 č. V-347/12-1 p o t v r d z u j e . Navrhovateľke náhradu trov konania n e p r i z n á v a . Zúčastnenej osobe U. U. náhradu trov konania nepriznáva. Navrhovateľka je povinná zaplatiť súdny poplatok za podanie návrhu vo výške 33,- Eur na účet tunajšieho súdu do 3 dní od právoplatnosti rozhodnutia. o d ô v o d n e n i e : Napadnutým rozhodnutím odporkyne č. V-347/12-1 zo dňa 22. marca 2011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Navrhovateľka sa na pojednávanie nedostavila, svoju neúčasť ospravedlnila. Zástupca odporkyne sa na pojednávanie nedostavil, svoju neúčasť ospravedlnil. Zúčastnená osoba U. U. sa na pojednávanie nedostavila a svoju neúčasť ospravedlnila telefonicky.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12.5.2011 ako veriteľ zmluvu o úvere č.202800645 s dlžníkom U. U.. Dlžník sa zaviazal splácať veriteľovi požičanú sumu v pravidelných mesačných splátkach. Na zabezpečenie záväzku vyplývajúceho z poskytnutého úveru uzatvorila U. U. ako záložca v zastúpení ProHelp - združenie občianskoprávnej pomoci s navrhovateľkou zmluvu o zriadení záložného práva č.036/2012-ŠTE zo dňa 07.02.2012, predmetom ktorej bolo zriadenie záložného práva na nehnuteľnosť vo vlastníctve p. U. U..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23.2.2012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12.5.2011 (deň uzatvorenia predmetnej zmluvy o úvere) resp. 7.2.2012,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V danom prípade je dôvodné pochybovať aj o tom, či dlžník mal možnosť zvoliť si sám svojho zástupcu. Za záložcu záložnú zmluvu podpísal splnomocnenec ProHelp - združenie občianskoprávnej pomoci, v zastúpení Petrom Mamojkom, predsedom združenia. Záložca podpísal dohodu o splnomocnení dňa 12.5.2011 a druhá strana ProHelp - združenie občianskoprávnej pomoci zastúpená predsedom združenia Petrom Mamojkom, až dňa 7.2.2012, kedy bola podpísaná aj zmluva o zriadení záložného práva, z čoho vyplýva, že záložca udelil plnú moc zástupcovi, ktorého nepoznal resp. s ním neprišiel do kontaktu.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U. U. žiadne trovy konania nevznikli.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https://www.kauzis.sk/judikatura/r/ECLI:SK:KSTT:2012:2012200305.2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