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44Sd/80/2012 z 16. 12. 2012</w:t>
      </w:r>
    </w:p>
    <w:p>
      <w:r>
        <w:t>Uznesenie Krajského súdu Trnava z 16. decembra 2012, sp. zn. 44Sd/80/2012, ECLI:SK:KSTT:2012:2012200397.2</w:t>
      </w:r>
    </w:p>
    <w:p>
      <w:r>
        <w:t>Súd: Krajský súd Trnava</w:t>
      </w:r>
    </w:p>
    <w:p>
      <w:r>
        <w:t>Spisová značka: 44Sd/80/2012</w:t>
      </w:r>
    </w:p>
    <w:p>
      <w:r>
        <w:t>ECLI: ECLI:SK:KSTT:2012:2012200397.2</w:t>
      </w:r>
    </w:p>
    <w:p>
      <w:r>
        <w:t>Dátum vydania: 16. 12. 2012</w:t>
      </w:r>
    </w:p>
    <w:p>
      <w:r>
        <w:t>Forma: Uznesenie</w:t>
      </w:r>
    </w:p>
    <w:p>
      <w:pPr>
        <w:pStyle w:val="Heading2"/>
      </w:pPr>
      <w:r>
        <w:t>Text rozhodnutia</w:t>
      </w:r>
    </w:p>
    <w:p>
      <w:r>
        <w:t>Súd: Krajský súd Trnava Spisová značka: 44Sd/80/2012 Identifikačné číslo súdneho spisu: 2012200397 Dátum vydania rozhodnutia: 17. 12. 2012 Meno a priezvisko sudcu, VSÚ: JUDr. Pavol Laczo ECLI: ECLI:SK:KSTT:2012:2012200397.2 Uznesenie Krajský súd v Trnave v právnej veci navrhovateľky: K. M., nar. XX. XX. XXXX, bytom L. XX, XXX XX F., proti odporkyni: Sociálna poisťovňa, ústredie, so sídlom ul. 29. augusta č. 8, Bratislava o preskúmanie rozhodnutia odporkyne č. XXX XXX XXXX zo dňa 16.5.2012 takto r o z h o d o l : Súd konanie z a s t a v u j e. Žiaden z účastníkov nemá právo na náhradu trov konania. o d ô v o d n e n i e : Opravným prostriedkom doručeným Sociálnej poisťovni - ústredie dňa 27.08.2012, žiadala navrhovateľka o preskúmanie zákonnosti rozhodnutia odporkyne č. XXX XXX XXXX zo dňa 16.05.2012, ktorým jej bol podľa ust. § 70 ods. 1 a § 82 zák. č. 461/2003 Z. z. o sociálnom poistení v znení neskorších predpisov od 12.01.2012 priznaný invalidný dôchodok v sume 115,10 Eur mesačne. Navrhovateľka namietala nepriaznivý zdravotný stav a žiadala o prehodnotenie miery poklesu schopnosti vykonávať zárobkovú činnosť. V predmetnej veci bolo nariadené pojednávanie, pričom navrhovateľka na pojednávaní dňa 17.12.2012 k veci uviedla, že svoj návrh na preskúmanie rozhodnutia berie späť a žiada konanie zastaviť. Krajský súd v Trnave ako súd vecne a miestne príslušný ( § 246 ods. 1 a § 246a ods. 2 O.s.p.) po zistení, že opravný prostriedok podala včas oprávnená osoba-účastník konania ( § 250m ods. 2 a 3 O.s.p.) proti rozhodnutiu, proti ktorému je tento opravný prostriedok prípustný (§ 250l ods. 1 O.s.p.), vzhľadom na právny úkon navrhovateľky - späťvzatie návrhu - opravného prostriedku dospel k záveru, že je dôvodné v súlade s ustanovením §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https://www.kauzis.sk/judikatura/r/ECLI:SK:KSTT:2012:2012200397.2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