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38Sd/86/2012 z 1. 10. 2012</w:t>
      </w:r>
    </w:p>
    <w:p>
      <w:r>
        <w:t>Uznesenie Krajského súdu Trnava z 1. októbra 2012, sp. zn. 38Sd/86/2012, ECLI:SK:KSTT:2012:2012200419.1</w:t>
      </w:r>
    </w:p>
    <w:p>
      <w:r>
        <w:t>Súd: Krajský súd Trnava</w:t>
      </w:r>
    </w:p>
    <w:p>
      <w:r>
        <w:t>Spisová značka: 38Sd/86/2012</w:t>
      </w:r>
    </w:p>
    <w:p>
      <w:r>
        <w:t>ECLI: ECLI:SK:KSTT:2012:2012200419.1</w:t>
      </w:r>
    </w:p>
    <w:p>
      <w:r>
        <w:t>Dátum vydania: 1. 10. 2012</w:t>
      </w:r>
    </w:p>
    <w:p>
      <w:r>
        <w:t>Forma: Uznesenie</w:t>
      </w:r>
    </w:p>
    <w:p>
      <w:pPr>
        <w:pStyle w:val="Heading2"/>
      </w:pPr>
      <w:r>
        <w:t>Text rozhodnutia</w:t>
      </w:r>
    </w:p>
    <w:p>
      <w:r>
        <w:t>Súd: Krajský súd Trnava Spisová značka: 38Sd/86/2012 Identifikačné číslo súdneho spisu: 2012200419 Dátum vydania rozhodnutia: 02. 10. 2012 Meno a priezvisko sudcu, VSÚ: JUDr. Katarína Benczová ECLI: ECLI:SK:KSTT:2012:2012200419.1 Uznesenie Krajský súd v Trnave v právnej veci navrhovateľa: Z. D., nar. XX.XX. XXXX, bytom XXX XX T. K. XXX, proti odporkyni: Sociálna poisťovňa - ústredie, so sídlom ul. 29. augusta č. 8, 813 63 Bratislava, o preskúmanie rozhodnutia odporkyne t a k t o r o z h o d o l : Súd konanie z a s t a v u j e . Žiaden z účastníkov nemá právo na náhradu trov konania. o d ô v o d n e n i e : Navrhovateľ svojim návrhom zo dňa 28.05. 2012, doručeným odporkyni dňa 30.05. 2012, žiadal o preskúmanie rozhodnutia odporkyne č. XXX XXX XXXX zo dňa 30.04. 2012, ktorým odporkyňa podľa ust. § 70 ods. 1 a § 82 zákona č. 461/2003 Z.z. o sociálnom poistení v znení neskorších predpisov navrhovateľovi priznala od 10.04. 2012 invalidný dôchodok v sume 254,90 eur mesačne. Rozhodnutie odporkyne vychádzalo z posudku posudkového lekára sociálneho poistenia Sociálnej poisťovne, pobočky Galanta zo dňa 05.04. 2012, ktorý stanovil mieru poklesu schopnosti vykonávať zárobkovú činnosť u navrhovateľa na 65 % v porovnaní so zdravou fyzickou osobou. Na základe opravného prostriedku navrhovateľa bol jeho zdravotný stav opakovane preskúmaný posudkovým lekárom sociálneho poistenia Sociálnej poisťovne, ústredie, zo dňa 15.08. 2012 so záverom, že navrhovateľ je invalidný podľa § 71 ods. 1 zákona č. 461/2003 Z.z. o sociálnom poistení, lebo pre dlhodobo nepriaznivý zdravotný stav má pokles schopnosti vykonávať zárobkovú činnosť o viac ako 40 % v porovnaní so zdravou fyzickou osobou, pričom miera poklesu schopnosti vykonávať zárobkovú činnosť u navrhovateľa bola stanovená na 70 %. Navrhovateľ po oboznámení sa s týmto záverom ešte pred pojednávaním vzal svoj návrh o preskúmanie rozhodnutia podaním zo dňa 20.09. 2012, doručeným tunajšiemu súdu dňa 27.09. 2012, späť a konanie žiadal zastaviť.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https://www.kauzis.sk/judikatura/r/ECLI:SK:KSTT:2012:2012200419.1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