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38Sd/87/2012 z 21. 11. 2012</w:t>
      </w:r>
    </w:p>
    <w:p>
      <w:r>
        <w:t>Uznesenie Krajského súdu Trnava z 21. novembra 2012, sp. zn. 38Sd/87/2012, ECLI:SK:KSTT:2012:2012200421.1</w:t>
      </w:r>
    </w:p>
    <w:p>
      <w:r>
        <w:t>Súd: Krajský súd Trnava</w:t>
      </w:r>
    </w:p>
    <w:p>
      <w:r>
        <w:t>Spisová značka: 38Sd/87/2012</w:t>
      </w:r>
    </w:p>
    <w:p>
      <w:r>
        <w:t>ECLI: ECLI:SK:KSTT:2012:2012200421.1</w:t>
      </w:r>
    </w:p>
    <w:p>
      <w:r>
        <w:t>Dátum vydania: 21. 11. 2012</w:t>
      </w:r>
    </w:p>
    <w:p>
      <w:r>
        <w:t>Forma: Uznesenie</w:t>
      </w:r>
    </w:p>
    <w:p>
      <w:pPr>
        <w:pStyle w:val="Heading2"/>
      </w:pPr>
      <w:r>
        <w:t>Text rozhodnutia</w:t>
      </w:r>
    </w:p>
    <w:p>
      <w:r>
        <w:t>Súd: Krajský súd Trnava Spisová značka: 38Sd/87/2012 Identifikačné číslo súdneho spisu: 2012200421 Dátum vydania rozhodnutia: 22. 11. 2012 Meno a priezvisko sudcu, VSÚ: JUDr. Katarína Benczová ECLI: ECLI:SK:KSTT:2012:2012200421.1 Uznesenie Krajský súd v Trnave v právnej veci navrhovateľky: I. H., nar. XX. XX. XXXX, bytom I. X, XXX XX K.,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Navrhovateľka svojim návrhom doručeným odporkyni dňa 01.06. 2012, žiadala o preskúmanie rozhodnutia odporkyne č. XXX XXX XXXX zo dňa 16.03. 2012, ktorým odporkyňa podľa ust. § 65, § 274 a § 82 zákona č. 461/2003 Z. z. o sociálnom poistení v znení neskorších predpisov, navrhovateľke priznala od 29. 01. 2012 starobný dôchodok v sume 397,90 eur mesačne. Navrhovateľka v podanom opravnom prostriedku vyjadrila nesúhlas s výškou starobného dôchodku, a súčasne uviedla, že nedoložila všetky doklady o svojich príjmoch z podnikateľskej činnosti od roku 1993 do roku 2011, pričom tieto si následne vyžiadala od príslušného daňového úradu a dodatočne ich mala zaslať Sociálnej poisťovni (odporkyni). Odporkyňa k návrhu na preskúmanie napadnutého rozhodnutia podala vyjadrenie zo dňa 18.10. 2012, po obdržaní ktorého navrhovateľka ešte pred pojednávaním vzala svoj návrh podaním doručeným na adresu tunajšiemu súdu dňa 20. 11. 2012, späť a konanie žiadala zastaviť. Krajský súd v Trnave príslušný na konanie vo veci, prejednal vec bez nariadenia pojednávania (podľa § 244 ods. 1,2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https://www.kauzis.sk/judikatura/r/ECLI:SK:KSTT:2012:2012200421.1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