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38Sd/109/2012 z 6. 11. 2012</w:t>
      </w:r>
    </w:p>
    <w:p>
      <w:r>
        <w:t>Uznesenie Krajského súdu Trnava z 6. novembra 2012, sp. zn. 38Sd/109/2012, ECLI:SK:KSTT:2012:2012200535.1</w:t>
      </w:r>
    </w:p>
    <w:p>
      <w:r>
        <w:t>Súd: Krajský súd Trnava</w:t>
      </w:r>
    </w:p>
    <w:p>
      <w:r>
        <w:t>Spisová značka: 38Sd/109/2012</w:t>
      </w:r>
    </w:p>
    <w:p>
      <w:r>
        <w:t>ECLI: ECLI:SK:KSTT:2012:2012200535.1</w:t>
      </w:r>
    </w:p>
    <w:p>
      <w:r>
        <w:t>Dátum vydania: 6. 11. 2012</w:t>
      </w:r>
    </w:p>
    <w:p>
      <w:r>
        <w:t>Forma: Uznesenie</w:t>
      </w:r>
    </w:p>
    <w:p>
      <w:pPr>
        <w:pStyle w:val="Heading2"/>
      </w:pPr>
      <w:r>
        <w:t>Text rozhodnutia</w:t>
      </w:r>
    </w:p>
    <w:p>
      <w:r>
        <w:t>Súd: Krajský súd Trnava Spisová značka: 38Sd/109/2012 Identifikačné číslo súdneho spisu: 2012200535 Dátum vydania rozhodnutia: 07. 11. 2012 Meno a priezvisko sudcu, VSÚ: JUDr. Katarína Benczová ECLI: ECLI:SK:KSTT:2012:2012200535.1 Uznesenie Krajský súd v Trnave v právnej veci navrhovateľa: R. R., nar. XX.XX. XXXX, bytom F. L. XXX/X, XXX XX T.,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zo dňa 05.09. 2012 doručeným odporkyni dňa 10.09. 2012, žiadal o preskúmanie rozhodnutia odporkyne č. XXX XXX XXXX X zo dňa 31.07. 2012, ktorým odporkyňa podľa ust. § 76 a § 112 zákona č. 461/2003 Z. z. o sociálnom poistení v znení neskorších predpisov navrhovateľovi zastavila od 14.09. 2012 výplatu sirotského dôchodku. Navrhovateľ v podanom opravnom prostriedku namietal zastavenie výplaty sirotského dôchodku, nakoľko má za to, že i naďalej spĺňa podmienky nezaopatreného dieťaťa v zmysle § 9 ods. 1 zákona č. 461/2003 Z. z., pričom svoje tvrdenie podložil priloženým rozhodnutím o prijatí na vysokoškolské štúdium a zápisovým listom na príslušný akademický rok. Odporkyňa k návrhu na preskúmanie napadnutého rozhodnutia podala vyjadrenie zo dňa 11.10. 2012, v ktorom uviedla, že po opätovnom posúdení nároku navrhovateľa na výplatu sirotského dôchodku vyhovela v plnom rozsahu navrhovateľom podanému opravnému prostriedku a následne vydala zmenové rozhodnutie (č. XXX XXX XXXX X zo dňa 26.09. 2012), ktorým odporkyňa podľa ust. § 76 a § 112 ods. 4 zákona č. 461/2003 Z. z. o sociálnom poistení v znení neskorších predpisov navrhovateľovi uvoľnila od 14.09. 2012 výplatu sirotského dôchodku. Na základe vyššie uvedených skutočností, navrhovateľ ešte pred pojednávaním vzal svoj návrh podaním zo dňa 30. 10. 2012, doručeným na adresu tunajšieho súdu dňa 02. 11. 2012, späť a konanie žiadal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https://www.kauzis.sk/judikatura/r/ECLI:SK:KSTT:2012:2012200535.1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