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43Sd/112/2012 z 3. 12. 2012</w:t>
      </w:r>
    </w:p>
    <w:p>
      <w:r>
        <w:t>Uznesenie Krajského súdu Trnava z 3. decembra 2012, sp. zn. 43Sd/112/2012, ECLI:SK:KSTT:2012:2012200554.1</w:t>
      </w:r>
    </w:p>
    <w:p>
      <w:r>
        <w:t>Súd: Krajský súd Trnava</w:t>
      </w:r>
    </w:p>
    <w:p>
      <w:r>
        <w:t>Spisová značka: 43Sd/112/2012</w:t>
      </w:r>
    </w:p>
    <w:p>
      <w:r>
        <w:t>ECLI: ECLI:SK:KSTT:2012:2012200554.1</w:t>
      </w:r>
    </w:p>
    <w:p>
      <w:r>
        <w:t>Dátum vydania: 3. 12. 2012</w:t>
      </w:r>
    </w:p>
    <w:p>
      <w:r>
        <w:t>Forma: Uznesenie</w:t>
      </w:r>
    </w:p>
    <w:p>
      <w:pPr>
        <w:pStyle w:val="Heading2"/>
      </w:pPr>
      <w:r>
        <w:t>Text rozhodnutia</w:t>
      </w:r>
    </w:p>
    <w:p>
      <w:r>
        <w:t>Súd: Krajský súd Trnava Spisová značka: 43Sd/112/2012 Identifikačné číslo súdneho spisu: 2012200554 Dátum vydania rozhodnutia: 04. 12. 2012 Meno a priezvisko sudcu, VSÚ: JUDr. Ľubomír Bundzel ECLI: ECLI:SK:KSTT:2012:2012200554.1 Uznesenie Krajský súd v Trnave v právnej veci navrhovateľa: R. U., nar. XX. XX. XXXX, bytom A. E. XX, XXX XX R., korešpondenčná adresa: N. E. X/XX, XXX XX S., proti odporkyni: Sociálna poisťovňa, ústredie, so sídlom Ul. 29. augusta č. 8, 813 63 Bratislava o preskúmanie rozhodnutia odporkyne t a k t o r o z h o d o l : Súd konanie z a s t a v u j e . Žiaden z účastníkov nemá právo na náhradu trov konania. o d ô v o d n e n i e : Navrhovateľ svojim návrhom zo dňa 17. 09. 2012, doručeným odporkyni dňa 18. 09. 2012, žiadal o preskúmanie rozhodnutia odporkyne XXX XXX XXXX zo dňa 27. 08. 2012, ktorým odporkyňa podľa ust. § 70 ods. 1 zákona č. 461/2003 Z. z. o sociálnom poistení v znení neskorších predpisov navrhovateľovi zamietla žiadosť o invalidný dôchodok. Navrhovateľ v podanom opravnom prostriedku poukázal na skutočnosť, že za obdobie od 10. 11. 2010 do 13. 07. 2011(kedy bol evidovaný na príslušnom úrade práce ako uchádzač o zamestnanie) doplatil príslušné poistné podľa § 142 ods. 3 písm. b) (zákona č. 461/2003 Z. z. o sociálnom poistení v znení neskorších predpisov, pozn.), na základe čoho žiadal o priznanie invalidného dôchodku. Odporkyňa k návrhu na preskúmanie napadnutého rozhodnutia podala vyjadrenie zo dňa 24. 10. 2012, po obdržaní ktorého navrhovateľ ešte pred pojednávaním vzal svoj návrh podaním zo dňa 12. 11. 2012, osobne doručeným na adresu tunajšieho súdu dňa 12. 11. 2012, späť a konanie žiadal zastaviť. Krajský súd v Trnave príslušný na konanie vo veci, prejednal vec bez nariadenia pojednávania (podľa § 244 ods. 1,2 O.s.p. a § 250l O.s.p.) a zistil, že sú splnené podmienky na zastavenie konania o preskúmaní napadnutého rozhodnutia odporkyne v dôsledku späťvzatia návrhu na jeho preskúmanie.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navrhovateľa,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https://www.kauzis.sk/judikatura/r/ECLI:SK:KSTT:2012:2012200554.1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