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38Sd/125/2012 z 19. 12. 2012</w:t>
      </w:r>
    </w:p>
    <w:p>
      <w:r>
        <w:t>Uznesenie Krajského súdu Trnava z 19. decembra 2012, sp. zn. 38Sd/125/2012, ECLI:SK:KSTT:2012:2012200611.1</w:t>
      </w:r>
    </w:p>
    <w:p>
      <w:r>
        <w:t>Súd: Krajský súd Trnava</w:t>
      </w:r>
    </w:p>
    <w:p>
      <w:r>
        <w:t>Spisová značka: 38Sd/125/2012</w:t>
      </w:r>
    </w:p>
    <w:p>
      <w:r>
        <w:t>ECLI: ECLI:SK:KSTT:2012:2012200611.1</w:t>
      </w:r>
    </w:p>
    <w:p>
      <w:r>
        <w:t>Dátum vydania: 19. 12. 2012</w:t>
      </w:r>
    </w:p>
    <w:p>
      <w:r>
        <w:t>Forma: Uznesenie</w:t>
      </w:r>
    </w:p>
    <w:p>
      <w:pPr>
        <w:pStyle w:val="Heading2"/>
      </w:pPr>
      <w:r>
        <w:t>Text rozhodnutia</w:t>
      </w:r>
    </w:p>
    <w:p>
      <w:r>
        <w:t>Súd: Krajský súd Trnava Spisová značka: 38Sd/125/2012 Identifikačné číslo súdneho spisu: 2012200611 Dátum vydania rozhodnutia: 20. 12. 2012 Meno a priezvisko sudcu, VSÚ: JUDr. Katarína Benczová ECLI: ECLI:SK:KSTT:2012:2012200611.1 Uznesenie Krajský súd v Trnave v právnej veci navrhovateľa: Y. Y., nar. XX.XX.XXXX, bytom W. XX/XXXX, XXX XX Q., proti odporkyni: Sociálna poisťovňa - ústredie, ul. 29. augusta č. 8, 813 63 Bratislava, o preskúmanie rozhodnutia odporkyne č. XXX XXX XXXX zo dňa 21.09.2012 t a k t o r o z h o d o l : Súd konanie z a s t a v u j e . Žiaden z účastníkov nemá právo na náhradu trov konania. o d ô v o d n e n i e : Návrhom doručeným Sociálnej poisťovni - ústrediu dňa 19.10.2012, žiadal navrhovateľ o preskúmanie rozhodnutia odporkyne č. XXX XXX XXXX zo dňa 21.09.2012, vydaného vo veci žiadosti o invalidný dôchodok z dôvodu nesúhlasu s určenou mierou poklesu schopnosti vykonávať zárobkovú činnosť. Navrhovateľ zároveň žiadal o znovuposúdenie jeho zdravotného stavu, a tak dňa 20.11.2012 bol zdravotný stav navrhovateľa znovu posúdený posudkovým lekárom sociálneho poistenia, ktorý vo svojom posudku vyslovil záver, že navrhovateľ je invalidný podľa § 71 ods. 1 zák. č. 461/2003 Z.z. o sociálnom poistení, lebo pre dlhodobo nepriaznivý zdravotný stav má pokles schopnosti vykonávať zárobkovú činnosť o viac ako 40 % v porovnaní so zdravou fyzickou osobou. Miera poklesu schopnosti vykonávať zárobkovú činnosť bola u navrhovateľa v percentách stanovená na 80 %. Navrhovateľ po oboznámení sa s lekárskou správou zo dňa 20.11.2012, podaním došlým tunajšiemu súdu dňa 11.12.2012 oznámil, že na podanom návrhu netrvá, berie ho späť a konanie žiada zastaviť. Krajský súd v Trnave ako súd vecne a miestne príslušný (§246 ods. 1 a §246a ods. 2 O.s.p.) po zistení, že opravný prostriedok podala včas oprávnená osoba - účastník konania (§250m ods. 2 a 3 O.s.p.) proti rozhodnutiu, proti ktorému je tento opravný prostriedok prípustný (§250l ods. 1 O.s.p.),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https://www.kauzis.sk/judikatura/r/ECLI:SK:KSTT:2012:2012200611.1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