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Trnava sp. zn. 24Co/271/2011 z 18. 6. 2012</w:t>
      </w:r>
    </w:p>
    <w:p>
      <w:r>
        <w:t>Uznesenie Krajského súdu Trnava z 18. júna 2012, sp. zn. 24Co/271/2011, ECLI:SK:KSTT:2012:2106215893.2</w:t>
      </w:r>
    </w:p>
    <w:p>
      <w:r>
        <w:t>Súd: Krajský súd Trnava</w:t>
      </w:r>
    </w:p>
    <w:p>
      <w:r>
        <w:t>Spisová značka: 24Co/271/2011</w:t>
      </w:r>
    </w:p>
    <w:p>
      <w:r>
        <w:t>ECLI: ECLI:SK:KSTT:2012:2106215893.2</w:t>
      </w:r>
    </w:p>
    <w:p>
      <w:r>
        <w:t>Dátum vydania: 18. 6. 2012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Trnava Spisová značka: 24Co/271/2011 Identifikačné číslo súdneho spisu: 2106215893 Dátum vydania rozhodnutia: 19. 06. 2012 Meno a priezvisko sudcu, VSÚ: JUDr. Ľubica Spálová ECLI: ECLI:SK:KSTT:2012:2106215893.2 Uznesenie Krajský súd v Trnave v právnej veci navrhovateľky: N. L., nar. XX.X.XXXX, bytom Z. XXXX/XX, O., zastúpenej advokátom: JUDr. Miloš Papcun, Vajanského 5270/1A, Piešťany, proti odporcovi: Pavol Maráček - EMPIRIA, IČO: 17 672 520, so sídlom Priemyselná 12, Piešťany, zastúpenému spoločnosťou: Valko Marián &amp; partners, s.r.o., so sídlom Porubského 2, Bratislava, o určenie trvania pracovného pomeru, na odvolanie navrhovateľky proti rozsudku Okresného súdu Piešťany zo dňa 3.8.2011, č.k. 5C/213/2008-242, rozhodujúc o trovách odvolacieho konania, takto r o z h o d o l : Odporcovi sa náhrada trov odvolacieho konania n e p r i z n á v a . o d ô v o d n e n i e : Rozsudkom Okresného súdu Piešťany zo dňa 3.8.2011, č.k. 5C/213/2008-242 prvostupňový súd v celom rozsahu zamietol návrh navrhovateľky, ktorým sa domáhala určenia, že pracovný pomer uzavretý ňou a odporcom dňa 20.7.2000 trvá a je uzavretý na dobu neurčitú. Úspešnému odporcovi, súd v zmysle 142 ods. 1 O.s.p. priznal náhradu trov konania vo výške trov právneho zastúpenia v sume 458,28 Eur. Proti tomuto rozsudku podala prostredníctvom svojho právneho zástupcu odvolanie navrhovateľka, ktorým sa domáhala, aby odvolací súd napadnutý rozsudok súdu prvého stupňa zrušil a vec mu vrátil na ďalšie konanie. Krajský súd v Trnave rozsudkom č.k. 24Co/271/2011-291 zo dňa 13. júna 2012 potvrdil prvostupňový rozsudok v celom rozsahu a zároveň podľa § 214 ods. 5 O.s.p. rozhodol, že o trovách odvolacieho konania rozhodne samostatným uznesením. Podľa § 224 ods. 1 O.s.p. ustanovenia o trovách konania pred súdom prvého stupňa platia i pre odvolacie konanie. Podľa § 142 ods. 1 O.s.p. účastníkovi, ktorý mal vo veci plný úspech, súd prizná náhradu trov potrebných na účelné uplatňovanie alebo bránenie práva proti účastníkovi, ktorý vo veci úspech nemal. Podľa § 151 ods. 1 O.s.p. o povinnosti nahradiť trovy konania rozhoduje súd na návrh spravidla v rozhodnutí, ktorým sa konanie končí. Účastník, ktorému sa prisudzuje náhrada trov konania, je povinný trovy konania vyčísliť najneskôr do troch pracovných dní od vyhlásenia tohto rozhodnutia. Podľa § 151 ods. 2 O.s.p. ak účastník v lehote podľa odseku 1 trovy nevyčísli, súd mu prizná náhradu trov konania vyplývajúcich zo spisu ku dňu vyhlásenia rozhodnutia s výnimkou trov právneho zastúpenia; ak takému účastníkovi okrem trov právneho zastúpenia iné trovy zo spisu nevyplývajú, súd mu náhradu trov konania neprizná a v takom prípade súd nie je viazaný rozhodnutím o prisúdení náhrady trov konania tomuto účastníkovi v rozhodnutí, ktorým sa konanie končí. V odvolacom konaní bol plne úspešný odporca a preto mu v zmysle § 142 v spojení s § 224 ods. 1 O.s.p. vzniklo právo na náhradu trov konania voči neúspešnej navrhovateľke. Právny zástupca odporcu si v písomnom vyjadrení k odvolaniu uplatnil náhradu trov právneho zastúpenia v odvolacom konaní, ktorú ale nevyčíslil. Cit. ust. § 151 ods. 1 O.s.p. ukladá účastníkovi povinnosť trovy konania vyčísliť najneskôr do troch pracovných dní od vyhlásenia rozhodnutia, ktorým sa konanie končí. V danom prípade bol rozsudok odvolacieho súdu vyhlásený dňa 13. júna 2012, lehota troch pracovných dní uplynula dňom 18. júna 2012. Vzhľadom na to, že odporca a ani jeho právny zástupca v uvedenej lehote trovy odvolacieho konania nevyčíslil a zo spisu mu žiadne trovy odvolacieho konania nevyplývajú, odvolací súd o trovách odvolacieho konania rozhodol podľa § 151 ods. 2 O.s.p. v spojení s § 224 ods. 1 O.s.p. tak, že odporcovi náhradu trov odvolacieho konania nepriznal. Senát krajského súdu toto rozhodnutie prijal pomerom hlasov 3:0. Poučenie: Proti tomuto rozsudku nie je možné podať odvolanie.</w:t>
      </w:r>
    </w:p>
    <w:p/>
    <w:p>
      <w:r>
        <w:t>Zdroj: KAUZIS.SK – https://www.kauzis.sk/judikatura/r/ECLI:SK:KSTT:2012:2106215893.2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