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44Sd/111/2012 z 6. 1. 2013</w:t>
      </w:r>
    </w:p>
    <w:p>
      <w:r>
        <w:t>Uznesenie Krajského súdu Trnava z 6. januára 2013, sp. zn. 44Sd/111/2012, ECLI:SK:KSTT:2013:2012200546.1</w:t>
      </w:r>
    </w:p>
    <w:p>
      <w:r>
        <w:t>Súd: Krajský súd Trnava</w:t>
      </w:r>
    </w:p>
    <w:p>
      <w:r>
        <w:t>Spisová značka: 44Sd/111/2012</w:t>
      </w:r>
    </w:p>
    <w:p>
      <w:r>
        <w:t>ECLI: ECLI:SK:KSTT:2013:2012200546.1</w:t>
      </w:r>
    </w:p>
    <w:p>
      <w:r>
        <w:t>Dátum vydania: 6. 1. 2013</w:t>
      </w:r>
    </w:p>
    <w:p>
      <w:r>
        <w:t>Forma: Uznesenie</w:t>
      </w:r>
    </w:p>
    <w:p>
      <w:pPr>
        <w:pStyle w:val="Heading2"/>
      </w:pPr>
      <w:r>
        <w:t>Text rozhodnutia</w:t>
      </w:r>
    </w:p>
    <w:p>
      <w:r>
        <w:t>Súd: Krajský súd Trnava Spisová značka: 44Sd/111/2012 Identifikačné číslo súdneho spisu: 2012200546 Dátum vydania rozhodnutia: 07. 01. 2013 Meno a priezvisko sudcu, VSÚ: JUDr. Pavol Laczo ECLI: ECLI:SK:KSTT:2013:2012200546.1 Uznesenie Krajský súd v Trnave v právnej veci navrhovateľa: L. F., nar. XX.XX.XXXX, bytom A. XXX, XXX XX A., proti odporkyni: Sociálna poisťovňa - ústredie, ul. 29. augusta č. 8, 813 63 Bratislava, o preskúmanie rozhodnutia odporkyne č. XXX XXX XXXX zo dňa 17.08.2012 takto r o z h o d o l : Súd konanie z a s t a v u j e. Žiaden z účastníkov nemá právo na náhradu trov konania. o d ô v o d n e n i e : Opravným prostriedkom doručeným Sociálnej poisťovni - ústrediu dňa 06.09.2012, žiadal navrhovateľ o preskúmanie rozhodnutia odporkyne č.XXX XXX XXXX zo dňa 17.08.2012, ktorým mu bol podľa § 67 ods. 1, § 274 a § 82 zákona č. 461/2003 Z.z. o sociálnom postení v znení neskorších predpisov od 01.08.2012 priznaný predčasný starobný dôchodok v sume 689,70 Eur mesačne. Navrhovateľ v opravnom prostriedku namietal nezhodnotenie doby v I. kategórii od 09.07.1975 do 26.08.1976 a od 01.03.1979 do 31.03.1979, čo malo vplyv na nesprávne určenie jeho dôchodkového veku a následne nesprávne zníženie sumy predčasného starobného dôchodku o 9,5% . Následne rozhodnutím odporkyne č. XXX XXX XXXX X zo dňa 04.10.2012 bol navrhovateľovi podľa § 67 ods. 1, § 274 a § 82 zákona č. 461/2003 Z.z. o sociálnom postení priznaný predčasný starobný dôchodok od 01.08.2012 v sume 739,30 Eur, čím bolo opravnému prostriedku navrhovateľa vyhovené v celom rozsahu. Navrhovateľ po oboznámení sa s rozhodnutím odporkyne č. XXX XXX XXXX X zo dňa 04.10.2012 vzal svoj návrh na preskúmanie rozhodnutia, podaním došlým tunajšiemu súdu dňa 12.12.2012, späť a konanie žiadal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prejednal vec postupom bez nariadenia pojednávania a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https://www.kauzis.sk/judikatura/r/ECLI:SK:KSTT:2013:2012200546.1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