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38Sd/94/2012 z 24. 3. 2014</w:t>
      </w:r>
    </w:p>
    <w:p>
      <w:r>
        <w:t>Rozsudok Krajského súdu Trnava z 24. marca 2014, sp. zn. 38Sd/94/2012, ECLI:SK:KSTT:2014:2012200465.3</w:t>
      </w:r>
    </w:p>
    <w:p>
      <w:r>
        <w:t>Súd: Krajský súd Trnava</w:t>
      </w:r>
    </w:p>
    <w:p>
      <w:r>
        <w:t>Spisová značka: 38Sd/94/2012</w:t>
      </w:r>
    </w:p>
    <w:p>
      <w:r>
        <w:t>ECLI: ECLI:SK:KSTT:2014:2012200465.3</w:t>
      </w:r>
    </w:p>
    <w:p>
      <w:r>
        <w:t>Dátum vydania: 24. 3. 2014</w:t>
      </w:r>
    </w:p>
    <w:p>
      <w:r>
        <w:t>Forma: Rozsudok</w:t>
      </w:r>
    </w:p>
    <w:p>
      <w:r>
        <w:t>Oblasť práva: Správne právo</w:t>
      </w:r>
    </w:p>
    <w:p>
      <w:pPr>
        <w:pStyle w:val="Heading2"/>
      </w:pPr>
      <w:r>
        <w:t>Text rozhodnutia</w:t>
      </w:r>
    </w:p>
    <w:p>
      <w:r>
        <w:t>Súd: Krajský súd Trnava Spisová značka: 38Sd/94/2012 Identifikačné číslo súdneho spisu: 2012200465 Dátum vydania rozhodnutia: 25. 03. 2014 Meno a priezvisko sudcu, VSÚ: JUDr. Katarína Benczová ECLI: ECLI:SK:KSTT:2014:2012200465.3 ROZSUDOK V MENE SLOVENSKEJ REPUBLIKY Krajský súd v Trnave v konaní pred samosudkyňou JUDr. Katarínou Benczovou v právnej veci navrhovateľky: V. U., nar. XX.XX. XXXX, bytom U. B. XXXX, XXX XX F. - P., proti odporkyni: Sociálna poisťovňa - ústredie, ul. 29. augusta č. 8, 813 63 Bratislava, o návrhu na preskúmanie rozhodnutia odporkyne č. XXX XXX XXXX X zo dňa 05.06. 2012 v spojení s rozhodnutím odporkyne č. XXX XXX XXXX X zo dňa 14.11. 2013 takto r o z h o d o l : Súd napadnuté rozhodnutie odporkyne č. XXX XXX XXXX X zo dňa 5. júna 2012 v spojení s rozhodnutím odporkyne č. XXX XXX XXXX X zo dňa 14. novembra 2013 p o t v r d z u j e. Navrhovateľke súd nárok na náhradu trov konania nepriznáva. o d ô v o d n e n i e : Napadnutým rozhodnutím zo dňa 05.06. 2012 odporkyňa postupom podľa § 70 a § 71 zák. č. 461/2003 Z.z. zamietla žiadosť navrhovateľky o invalidný dôchodok zo dňa 24.05. 2012 s odôvodnením, že podľa posudku posudkového lekára sociálneho poistenia pobočky SP Senica zo dňa 24.05. 2012 nie je invalidná, lebo pre dlhodobo nepriaznivý zdravotný stav nemá mieru poklesu schopnosti vykonávať zárobkovú činnosť v porovnaní so zdravou osobou (ďalej len MPSVZČ) o viac ako 40%. Podľa posudku tvoriaceho prílohu rozhodnutia bola posudzovaná 54 - ročná, vyučená krajčírka, v tejto profesii spočiatku aj pracovala, naposledy ako predavačka, v posledných dvoch rokoch je nezamestnaná. V roku 1996 mala vyoperovanú maternicu a ľavý vaječník, t.č. pretrvávajúce klimakterické prejavy s návalmi tepla a s potením. Viac rokov si sťažuje na bolesti celej chrbtice, pre ktoré je kontrolovaná a liečená neurológom ambulantne. Zobrazovacími vyšetreniami zistené degeneratívne zmeny chrbtice v krčnej a driekovej oblasti. Pre zvýraznenie bolestí krčnej chrbtice s vyžarovaním do pravej hornej končatiny a súbežne bolesti v krížoch bola v októbri 2011 hospitalizovaná na neurologickom oddelení, po preliečení sa stav zlepšil. Po prepustení stav hodnotený ako chronický cervikobrachiálny syndróm vpravo pri osteochondróze a spondylóze C4-7 a chronický lumboischiadický syndróm vpravo pri protrúzii disku L5/S1 vpravo. Kontrolným neurologickým vyšetrením s odstupom času po hospitalizácii potvrdené len mierne funkčné postihnutie. V máji 2012 prvýkrát vyšetrená psychiatrom ako zmiešaná úzkostne depresívna porucha a posttraumatická stresová porucha a taktiež ortopédom ako gonartróza obojstranne prvého stupňa. Tieto ochorenia nemajú charakter dlhodobo nepriaznivého zdravotného stavu. Rozhodujúcim zdravotným postihnutím je ochorenie chrbtice, s miernym funkčným postihnutím, s recidivujúcimi prejavmi nervového a svalového dráždenia s MPSVZČ, kapitola XV, oddiel E, položka 3 písm. b). Navýšenie pre iné zdravotné postihnutie priznané nebolo. V podanom odvolaní navrhovateľka žiadala zohľadnenie výsledkov neurologického vyšetrenia zo dňa 24.05. 2012 vzhľadom na nesúhlas s určenou MPSVZČ 30%. Súdu bola vec predložená spolu s posudkom zo dňa 11.09. 2012, v ktorom posudkový lekár SP-ústredia dospel k zhodnému záveru o MPSVZČ 30%. V posudku uviedol, že navrhovateľka si opakovane po roku podala žiadosť o invalidný dôchodok. Ide o 55 ročnú vyučenú krajčírku, ktorá od júna 2010 nepracuje. V roku 2004 mala operáciu puzdra pravého kolena. V roku 2011 bola hospitalizovaná na neurologickom oddelení pre bolesti krčnej a driekovej časti chrbtice. Doložila viaceré kontrolné neurologické vyšetrenia, kde sa konštatuje, že u menovanej ide o krčno - ramenný syndróm vpravo, pre lumbago s dráždením koreňa L5, sakroiliakoalgie vpravo. Na vyšetrení chrbtice magnetickou rezonanciou sú artrotické facetové zmeny veku primerané a sekundárne zúženie neuroforamenov v segmente L4-S1 - všetky zmeny sú na podklade veku primeraných degeneratívnych zmien. Od mája 2012 je sledovaná a liečená psychiatrom pre úzkostne depresívnu poruchu a menovaná rozhodne nie je úzkostná, ani depresívna a posudkového lekára verbálne osočovala a napádala, chvíľu plakala a chvíľu kričala. Depresívni ľudia nemajú sily na to, čo produkovala menovaná. Ide o simplexnú neurotickú osobnosť. Dokonca sa vyjadrila v tom zmysle, že čo by ste robili, keby sa Vám syn zastrelil. Z toho bolo usúdené, že menovaná je nedostatočne liečená psychiatrom a zlý psychický stav sa premieta do bolestí chrbtice. Od posúdenia v auguste 2011 nedošlo k zhoršeniu zdravotného stavu menovanej. Na záver odmietla podpísať Lekársku správu, lebo nesúhlasí s posúdením svojho zdravotného stavu. Psychiatrickú diagnózu nehodnotili, nakoľko nepriaznivý zdravotný stav (psychický stav) menovanej netrvá viac ako rok, čo je určené v zákone (lieči sa od mája 2012). Pre rozhodujúce zdravotné postihnutie - bolesti chrbtice na podklade veku primeraných degeneratívnych zmien, s miernym funkčným postihnutím, pri slabosti svalového korzetu, bola určená stredná hodnota percentuálneho rozpätia v danej položke - 30%. Celková MPSVZČ je 30%. Odporkyňa vo svojom vyjadrení zo dňa 14.09. 2012 žiadala napadnuté rozhodnutie ako vecne správne potvrdiť vzhľadom na zhodné závery posudkových lekárov. Zdravotný stav navrhovateľky bol na základe novodokladaných lekárskych správ opakovane posudzovaný dňa 09.05. 2013 so zhodným záverom o MPSVZČ 30%, ďalej dňa 01.08. 2013 so zhodným záverom o MPSVZČ 30%. Na základe žiadosti súdu v zmysle záverov z pojednávania dňa 24.09. 2013 o podrobnejšie odôvodnenie posudkového hodnotenia psychiatrického postihnutia, bol zdravotný stav opakovane posudzovaný dňa 23.10. 2013 a navrhovateľke popri rovnako ohodnotenom rozhodujúcom zdravotnom postihnutí kapitola XV, oddiel E, 3b), bolo priznané navýšenie o 10% pre ďalšie zdravotné postihnutia (percepčná porucha sluchu, úzkostne depresívna porucha). Podľa celkového posudku ide o 55 - ročnú vyučenú krajčírku, ktorá od júna 2010 nepracuje. V roku 2004 mala operáciu puzdra pravého kolena. V roku 2011 bola hospitalizovaná na neurologickom oddelení pre bolesti krčnej a driekovej časti chrbtice. Doložila viaceré kontrolné neurologické vyšetrenia, kde sa konštatuje, že u menovanej ide o krčno - ramenný syndróm vpravo, pre lumbago s dráždením koreňa L5, sakroiliakalgie vpravo. Na vyšetrení chrbtice magnetickou rezonanciou sú artrotické facetové zmeny veku primerané a sekundárne zúženie neuroforamenov v segmente L4-S1 - všetky zmeny sú na podklade veku primeraných degeneratívnych zmien. Od mája 2012 je sledovaná a liečená psychiatrom pre úzkostne depresívnu poruchu a menovaná rozhodne nie je úzkostná, ani depresívna a posudkového lekára verbálne osočovala a napádala, chvíľu plakala a chvíľu kričala. Depresívni ľudia nemajú sily na to, čo produkovala menovaná. Ide o simplexnú neurotickú osobnosť. Od posúdenia v auguste 2011 nedošlo k zhoršeniu zdravotného stavu menovanej. Pre rozhodujúce zdravotné postihnutie - bolesti chrbtice na podklade veku primeraných degeneratívnych zmien, s miernym funkčným postihnutím, pri slabosti svalového korzetu, bola určená stredná hodnota percentuálneho rozpätia v danej položke - 30%, pre iné zdravotné postihnutie bola zvýšená percentuálna miera o 10%. Celková MPSVZČ je 40%. Na základe záverov posúdenia zo dňa 23.10. 2013 bolo vydané zmenové rozhodnutie zo dňa 14.11. 2013, ktorým bolo rovnako rozhodnuté o nepriznaní invalidného dôchodku, ale oproti predchádzajúcemu rozhodnutiu zo dňa 05.06. 2012 odôvodnenie nepoukazovalo na závery posúdenia zo dňa 24.05. 2012 o MPSVZČ 30%, ale na závery posúdenia zo dňa 23.10. 2013 o MPSVZČ 40%. Táto zmena odôvodnenia však v konečnom dôsledku neviedla k zmene záveru o nevzniknutí invalidity, pre ktorú je zákonom stanovená hranica najmenej 41% MPSVZČ. V ďalšom konaní navrhovateľka predložila súdu doklady o hospitalizovaní súvisiace s jej psychickou poruchou, preto súd opätovne požiadal odporkyňu o znovuprehodnotenie zdravotného stavu na základe týchto skutočností. V posudku vypracovanom posudkovým lekárom SP - ústredie dňa 18.02. 2014 bolo skonštatované, že po posúdení doložených psychiatrických vyšetrení bolo zistené, že u navrhovateľky nedošlo k zhoršeniu zdravotného stavu, ktoré by podmieňovalo percentuálnu zmenu určenej MPSVZČ. Zdravotný stav navrhovateľky naďalej podmieňuje celkovú MPSVZČ 40%, pre bolesti chrbtice na podklade veku primeraných degeneratívnych zmien je MPSVZČ 30% a pre iné zdravotné postihnutie - depresívnu poruchu je zvýšenie percentuálnej miery o 10%. Na prejednanie veci bolo nariadené pojednávanie, na ktorom navrhovateľka uviedla, že rozhodnutie nepovažuje za správne. Vzhľadom na lieky, ktoré jej boli predpísané na psychiatrii a ktoré riadne užíva, nie je schopná riadne pracovať, zamestnať sa. Má stále nejaké ďalšie zdravotné problémy, momentálne s kolenami. Na problémy s kolenami jej predpísali injekcie, aj tabletky, okrem toho jej pomáha, že chodí cvičiť jogu. Má od lekára doklad o tom, že má artrózu kolenných kĺbov, ale nevie, či je to posudkovo významné. Vzhľadom na jej zdravotný stav si myslí, že spĺňa podmienky pre uznanie za invalidnú. Poverená zástupkyňa odporkyne vzhľadom na zhodné závery posudkových lekárov žiadala napadnuté rozhodnutie v spojení so zmenovým rozhodnutím ako vecne správne potvrdiť. Ani na dnešnom pojednávaní navrhovateľka neuviedla žiadne dôkazy o tom, že by došlo k zásadnej zmene v priebehu jej ochorenia úzkostnou depresívnou poruchou, čo by mohol byť dôvod na znovuprehodnotenie zdravotného stavu. Kvôli tejto diagnóze jej bolo priznané maximálne navýšenie MPSVZČ o 10% pri zohľadnení rozhodujúceho zdravotného postihnutia, ktoré sa nezmenilo. Za súčasného stavu nie sú žiadne dôvody na zrušenie napadnutého rozhodnutia. Ak by sa zdravotný stav navrhovateľky preukázateľne závažným spôsobom zhoršil tak, že by to bolo posudkovo významné, môže požiadať o prehodnotenie zdravotného stavu. Pripomenula záver o simplexnej neurotickej osobnosti uvedený v posudzovaní dňa 23.10. 2013.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209 ods. 1 zák. č. 461/2003 Z.z.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4 zák. č. 461/2003 Z.z. o sociálnom poistení V odôvodnení rozhodnutia organizačná zložka Sociálnej poisťovne uvedie, ktoré skutočnosti boli podkladom na rozhodnutie, akými úvahami bola vedená pri hodnotení dôkazov a pri použití právnych predpisov, na ktorých základe rozhodovala. Krajský súd po preskúmaní napadnutého rozhodnutia v spojení so zmenovým rozhodnutím vydaným v priebehu odvolacieho konania, a po preskúmaní predchádzajúceho priebehu konania dospel k záveru, že nie sú splnené podmienky na zrušenie napadnutého rozhodnutia. Z obsahu predloženého administratívneho spisu vyplynulo, že o vzniku na dávku invalidného dôchodku odporkyňa rozhodovala na základe žiadosti navrhovateľky zo dňa 25.03. 2011, pričom vychádzala zo všetkých v konaní predložených lekárskych správ a nálezov. V priebehu celého konania navrhovateľka relevantne nespochybnila správnosť záveru, že rozhodujúcim zdravotným postihnutím v zmysle ust. § 71 ods. 6 zák. č. 461/2003 Z.z. sú degeneratívne zmeny na chrbtici a medzistavcových platničkách v zmysle kapitoly XV, oddiel E, položka 3b), za ktoré zákon umožňuje priznať 20-35%, v nadväznosti na všeobecné posudkové hľadisko vyhodnotené posudzujúcimi lekármi. Pri všetkých posúdeniach zotrvávali posudzujúci lekári na určenej MPSVZČ pre toto postihnutie 30%, pričom v lekárskom posudku zo dňa 23.10. 2013 bolo odôvodnené posúdenie postihnutia aj v nadväznosti na vyšetrenie magnetickou rezonanciou ako zmeny na podklade veku primeraných degeneratívnych zmien. Pri posudzovaní dňa 23.10. 2013 bola v maximálnej možnej miere v zmysle § 71 ods. 8 zák. č. 461/2003 Z.z. zohľadnená prítomnosť ďalších zdravotných postihnutí v danom prípade porucha sluchu a úzkostne depresívna porucha, čo sa prejavilo navýšením MPSVZČ o 10%. Napriek dopĺňaniu lekárskych nálezov a správ vrátane správy o hospitalizácii na psychiatrickom oddelení v dňoch 18.10. - 14.11. 2013 nebolo preukázané, že by skonštatovaný diagnostický záver: recidivujúca depresívna porucha v anamnéze posttraumatická stresová porucha, v minulosti abúzus liekov, bolesti chrbtice a jeho dôsledky boli podkladom na prekvalifikovanie psychiatrického postihnutia za rozhodujúce zdravotné postihnutie s vyššou MPSVZČ, ako je MPSVZČ 30% priznaná za súčasné rozhodujúce zdravotné postihnutie. Pri opakovanom posudzovaní boli zohľadnené všetky predložené správy a nálezy, posudkoví lekári sa zákonom vyžadovaným spôsobom vysporiadali s existenciou všetkých zdokladovaných skutočností, napadnuté rozhodnutia boli teda vydané na základe dostatočne zisteného skutkového stavu a aj riadne odôvodnené. Nie sú teda žiadne dôvody na záver spochybňujúci vecnú správnosť alebo dostatočnú odôvodnenosť napadnutého rozhodnutia v spojení so zmenovým rozhodnutím zo dňa 14.11. 2013. Vzhľadom na vyššie uvedené súd napadnuté rozhodnutie v spojení so zmenovým rozhodnutím potvrdil. O trovách konania súd v zmysle § 250l ods. 1 O.s.p. v spojení s ust. § 250k O.s.p. rozhodol tak, že procesne neúspešnej navrhovateľke nárok na náhradu trov konania nepriznal.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https://www.kauzis.sk/judikatura/r/ECLI:SK:KSTT:2014:2012200465.3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