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44Sp/25/2013 z 12. 1. 2014</w:t>
      </w:r>
    </w:p>
    <w:p>
      <w:r>
        <w:t>Rozsudok Krajského súdu Trnava z 12. januára 2014, sp. zn. 44Sp/25/2013, ECLI:SK:KSTT:2014:2013200330.2</w:t>
      </w:r>
    </w:p>
    <w:p>
      <w:r>
        <w:t>Súd: Krajský súd Trnava</w:t>
      </w:r>
    </w:p>
    <w:p>
      <w:r>
        <w:t>Spisová značka: 44Sp/25/2013</w:t>
      </w:r>
    </w:p>
    <w:p>
      <w:r>
        <w:t>ECLI: ECLI:SK:KSTT:2014:2013200330.2</w:t>
      </w:r>
    </w:p>
    <w:p>
      <w:r>
        <w:t>Dátum vydania: 12. 1. 2014</w:t>
      </w:r>
    </w:p>
    <w:p>
      <w:r>
        <w:t>Forma: Rozsudok</w:t>
      </w:r>
    </w:p>
    <w:p>
      <w:r>
        <w:t>Oblasť práva: Správne právo</w:t>
      </w:r>
    </w:p>
    <w:p>
      <w:pPr>
        <w:pStyle w:val="Heading2"/>
      </w:pPr>
      <w:r>
        <w:t>Text rozhodnutia</w:t>
      </w:r>
    </w:p>
    <w:p>
      <w:r>
        <w:t>Súd: Krajský súd Trnava Spisová značka: 44Sp/25/2013 Identifikačné číslo súdneho spisu: 2013200330 Dátum vydania rozhodnutia: 13. 01. 2014 Meno a priezvisko sudcu, VSÚ: JUDr. Pavol Laczo ECLI: ECLI:SK:KSTT:2014:2013200330.2 ROZSUDOK V MENE SLOVENSKEJ REPUBLIKY Krajský súd v Trnave samosudcom JUDr. Pavlom Laczom v právnej veci navrhovateľky: POHOTOVOSŤ, s.r.o., so sídlom Pribinova 25, Bratislava, IČO: 35 807 598, proti odporcovi: Okresný úrad Galanta, ul. 29. augusta č. 10, 924 00 Galanta, (predtým Správa katastra Galanta,), za účasti: Q. N., nar. XX.XX.XXXX, naposledy bytom XXX XX E. N. č.XXX, t.č. na neznámom mieste, zast. opatrovníčkou JUDr. S. H., vyššou súdnou úradníčkou Okresného súdu Trnava, o preskúmanie rozhodnutia správneho orgánu č. V 4238/12-01 zo dňa 10.01.2013, na základe odvolania navrhovateľky, takto r o z h o d o l : Krajský súd napadnuté rozhodnutie Správy katastra Galanta zo dňa 10. januára 2013 č. V 4238/12-01 p o t v r d z u j e. Navrhovateľke náhradu trov konania n e p r i z n á v a. Zúčastnenej osobe Q. N. náhradu trov konania nepriznáva. Navrhovateľka je povinná zaplatiť súdny poplatok za podanie návrhu vo výške 35,- Eur na účet tunajšieho súdu do 3 dní od právoplatnosti rozhodnutia. o d ô v o d n e n i e : Napadnutým rozhodnutím odporkyne č. V 4238/12-01 zo dňa 10.01.2013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Krajský súd v Trnave uznesením č.k.44Sp/25/2013-42 zo dňa 18.12.2013 ustanovil zúčastnenej osobe Ondrejovi N. opatrovníčku JUDr. S. H., vyššiu súdnu úradníčku Okresného súdu Trnava, nakoľko sa v priebehu konania nepodarilo doručiť zúčastnenej osobe príslušné písomnosti súdu, a to ani prostredníctvom OO PZ. Navrhovateľka sa na pojednávanie nedostavila, svoju neúčasť ospravedlnila. Zástupca odporcu sa na pojednávanie nedostavil, svoju neúčasť neospravedlnil. Opatrovníčka zúčastnenej osoby sa na pojednávanie nedostavila.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21.2.2012 ako veriteľ zmluvu o úvere č. 203400788 s dlžníkom Q. N.. Dlžník sa zaviazal splácať veriteľovi požičanú sumu v pravidelných mesačných splátkach. Na zabezpečenie záväzku vyplývajúceho z poskytnutého úveru uzatvoril Q. N. ako záložca v zastúpení ProHelp - združenie občianskoprávnej pomoci s navrhovateľkou zmluvu o zriadení záložného práva č. 166/2012-SUB zo dňa 30.11.2012, predmetom ktorej bolo zriadenie záložného práva na nehnuteľnosti v bezpodielovom spoluvlastníctve p. Q. N..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17.12.2012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21.2.2012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Ondrejovi Szolgovi žiadne trovy konania nevznikli.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https://www.kauzis.sk/judikatura/r/ECLI:SK:KSTT:2014:2013200330.2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