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43Sd/33/2014 z 9. 4. 2014</w:t>
      </w:r>
    </w:p>
    <w:p>
      <w:r>
        <w:t>Uznesenie Krajského súdu Trnava z 9. apríla 2014, sp. zn. 43Sd/33/2014, ECLI:SK:KSTT:2014:2014200215.1</w:t>
      </w:r>
    </w:p>
    <w:p>
      <w:r>
        <w:t>Súd: Krajský súd Trnava</w:t>
      </w:r>
    </w:p>
    <w:p>
      <w:r>
        <w:t>Spisová značka: 43Sd/33/2014</w:t>
      </w:r>
    </w:p>
    <w:p>
      <w:r>
        <w:t>ECLI: ECLI:SK:KSTT:2014:2014200215.1</w:t>
      </w:r>
    </w:p>
    <w:p>
      <w:r>
        <w:t>Dátum vydania: 9. 4. 2014</w:t>
      </w:r>
    </w:p>
    <w:p>
      <w:r>
        <w:t>Forma: Uznesenie</w:t>
      </w:r>
    </w:p>
    <w:p>
      <w:pPr>
        <w:pStyle w:val="Heading2"/>
      </w:pPr>
      <w:r>
        <w:t>Text rozhodnutia</w:t>
      </w:r>
    </w:p>
    <w:p>
      <w:r>
        <w:t>Súd: Krajský súd Trnava Spisová značka: 43Sd/33/2014 Identifikačné číslo súdneho spisu: 2014200215 Dátum vydania rozhodnutia: 10. 04. 2014 Meno a priezvisko sudcu, VSÚ: JUDr. Ľubomír Bundzel ECLI: ECLI:SK:KSTT:2014:2014200215.1 Uznesenie Krajský súd v Trnave v právnej veci navrhovateľa: J. R., nar. XX.XX.XXXX, bytom L. F. XXXX/XXX, XXX XX J.,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03.02.2014, doručeným odporkyni dňa 05.02.2014, žiadal o preskúmanie rozhodnutia odporkyne č. XXX XXX XXXX X zo dňa 12.12.2013, ktorým odporkyňa podľa § 21 zákona č. 100/1988 Zb. o sociálnom zabezpečení v znení neskorších predpisov a § 259 ods. 1 zákona č. 461/2003 Z.z. o sociálnom poistení v znení zákona č. 721/2004 Z.z. zamietla žiadosť navrhovateľa o priznanie starobného dôchodku. Na základe opravného prostriedku navrhovateľa bola jeho žiadosť znova preskúmaná odporkyňou so záverom, že opravnému prostriedku navrhovateľa nie je možné vyhovieť, nakoľko z potvrdenia Ministerstva vnútra Slovenskej republiky č. SPOU-OSZ-26692-27/2013-VZ zo dňa 20.08.2013 vyplýva, že navrhovateľovi bol od 24.11.1999 priznaný výsluhový dôchodok podľa ustanovení zákona č. 100/1988 Zb. v znení neskorších predpisov. Odporkyňa zamietla navrhovateľovu žiadosť o priznanie starobného dôchodku s odôvodnením, že nárok na ten istý druh dôchodku za tie isté doby zamestnania poistencovi vzniknúť nemôže. Navrhovateľ po oboznámení sa s týmto záverom, ešte pred pojednávaním, vzal svoj návrh o preskúmanie rozhodnutia podaním zo dňa 04.04.2014, doručeným tunajšiemu súdu dňa 08.04.2014,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https://www.kauzis.sk/judikatura/r/ECLI:SK:KSTT:2014:2014200215.1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