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44Sp/42/2014 z 7. 12. 2014</w:t>
      </w:r>
    </w:p>
    <w:p>
      <w:r>
        <w:t>Rozsudok Krajského súdu Trnava z 7. decembra 2014, sp. zn. 44Sp/42/2014, ECLI:SK:KSTT:2014:2014200522.2</w:t>
      </w:r>
    </w:p>
    <w:p>
      <w:r>
        <w:t>Súd: Krajský súd Trnava</w:t>
      </w:r>
    </w:p>
    <w:p>
      <w:r>
        <w:t>Spisová značka: 44Sp/42/2014</w:t>
      </w:r>
    </w:p>
    <w:p>
      <w:r>
        <w:t>ECLI: ECLI:SK:KSTT:2014:2014200522.2</w:t>
      </w:r>
    </w:p>
    <w:p>
      <w:r>
        <w:t>Dátum vydania: 7. 12. 2014</w:t>
      </w:r>
    </w:p>
    <w:p>
      <w:r>
        <w:t>Forma: Rozsudok</w:t>
      </w:r>
    </w:p>
    <w:p>
      <w:r>
        <w:t>Oblasť práva: Správne právo</w:t>
      </w:r>
    </w:p>
    <w:p>
      <w:pPr>
        <w:pStyle w:val="Heading2"/>
      </w:pPr>
      <w:r>
        <w:t>Text rozhodnutia</w:t>
      </w:r>
    </w:p>
    <w:p>
      <w:r>
        <w:t>Súd: Krajský súd Trnava Spisová značka: 44Sp/42/2014 Identifikačné číslo súdneho spisu: 2014200522 Dátum vydania rozhodnutia: 08. 12. 2014 Meno a priezvisko sudcu, VSÚ: JUDr. Pavol Laczo ECLI: ECLI:SK:KSTT:2014:2014200522.2 ROZSUDOK V MENE SLOVENSKEJ REPUBLIKY Krajský súd v Trnave samosudcom JUDr. Pavlom Laczom v právnej veci navrhovateľky: POHOTOVOSŤ, s.r.o., so sídlom Pribinova 25, Bratislava, IČO: 35 807 598, proti odporcovi: Okresný úrad Hlohovec, katastrálny odbor, Jarmočná 3, 920 01 Hlohovec, za účasti: X. V., nar. XX.XX.XXXX, bytom X. XXX/ X, XXX XX E., o preskúmanie rozhodnutia správneho orgánu č. V 1753/2013-2 zo dňa 27.12.2013, na základe odvolania navrhovateľky, takto r o z h o d o l : Krajský súd napadnuté rozhodnutie odporcu zo dňa 27. decembra 2013 č. V 1753/2013-2 p o t v r d z u j e. Navrhovateľke náhradu trov konania n e p r i z n á v a. Zúčastnenej osobe X. V. náhradu trov konania nepriznáva. Navrhovateľka je povinná zaplatiť súdny poplatok za podanie návrhu vo výške 35,-€ na účet tunajšieho súdu do 3 dní od právoplatnosti rozhodnutia. o d ô v o d n e n i e : Napadnutým rozhodnutím odporkyne č. V 1753/2013-2 zo dňa 27.12.2013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odporcu sa na pojednávanie nedostavil, svoju neúčasť ospravedlnil. Zúčastnená osoba X. V. na pojednávaní uviedol, že si zobral pôžičku od spoločnosti Pohotovosť vo výške 500,- Eur, avšak nemal úmysel založiť žiadnu svoju nehnuteľnosť a on podpisoval listiny len ohľadne pôžičky. Preto považuje rozhodnutie odporkyne za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25.10.2012 ako veriteľ zmluvu o úvere č.203101415 s dlžníkom X. V.. Dlžník sa zaviazal splácať veriteľovi požičanú sumu v pravidelných mesačných splátkach. Na zabezpečenie záväzku vyplývajúceho z poskytnutého úveru uzatvoril X. V. ako záložca v zastúpení ProHelp - združenie občianskoprávnej pomoci s navrhovateľkou zmluvu o zriadení záložného práva č.308/2013-PTR zo dňa 10.9.2013, predmetom ktorej bolo zriadenie záložného práva na nehnuteľnosti v podielovom spoluvlastníctve p. X. V..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30.09.2013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25.10.2012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X. V. súd nepriznal náhradu trov konania, pretože v zmysle ust. 250k ods. 1 O.s.p. a ustálenej judikatúry NS SR nemožno priznať zúčastnenej osobe náhradu trov konania, pretože táto prináleží len žalobcovi, pokiaľ bol procesne úspešný v konaní.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https://www.kauzis.sk/judikatura/r/ECLI:SK:KSTT:2014:2014200522.2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