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44Sd/112/2014 z 5. 11. 2014</w:t>
      </w:r>
    </w:p>
    <w:p>
      <w:r>
        <w:t>Uznesenie Krajského súdu Trnava z 5. novembra 2014, sp. zn. 44Sd/112/2014, ECLI:SK:KSTT:2014:2014200701.1</w:t>
      </w:r>
    </w:p>
    <w:p>
      <w:r>
        <w:t>Súd: Krajský súd Trnava</w:t>
      </w:r>
    </w:p>
    <w:p>
      <w:r>
        <w:t>Spisová značka: 44Sd/112/2014</w:t>
      </w:r>
    </w:p>
    <w:p>
      <w:r>
        <w:t>ECLI: ECLI:SK:KSTT:2014:2014200701.1</w:t>
      </w:r>
    </w:p>
    <w:p>
      <w:r>
        <w:t>Dátum vydania: 5. 11. 2014</w:t>
      </w:r>
    </w:p>
    <w:p>
      <w:r>
        <w:t>Forma: Uznesenie</w:t>
      </w:r>
    </w:p>
    <w:p>
      <w:pPr>
        <w:pStyle w:val="Heading2"/>
      </w:pPr>
      <w:r>
        <w:t>Text rozhodnutia</w:t>
      </w:r>
    </w:p>
    <w:p>
      <w:r>
        <w:t>Súd: Krajský súd Trnava Spisová značka: 44Sd/112/2014 Identifikačné číslo súdneho spisu: 2014200701 Dátum vydania rozhodnutia: 06. 11. 2014 Meno a priezvisko sudcu, VSÚ: JUDr. Pavol Laczo ECLI: ECLI:SK:KSTT:2014:2014200701.1 Uznesenie Krajský súd v Trnave v právnej veci navrhovateľky: E. P., nar. XX.XX.XXXX, bytom XXX XX R. F. C. XX, proti odporkyni: Sociálna poisťovňa, ústredie, so sídlom Ul. 29. augusta č. 8, 813 63 Bratislava o preskúmanie rozhodnutia odporkyne takto r o z h o d o l : Súd konanie z a s t a v u j e. Žiaden z účastníkov nemá právo na náhradu trov konania. o d ô v o d n e n i e : Navrhovateľka svojim návrhom doručeným odporkyni dňa 22.07.2014, žiadala o preskúmanie rozhodnutia odporkyne č. XXX XXX XXXX X zo dňa 24.06.2014, ktorým odporkyňa podľa § 70 ods. 1 a § 82 zákona č. 461/2003 Z. z. o sociálnom poistení v znení neskorších predpisov navrhovateľke priznala invalidný dôchodok v sume 354,60 eur mesačne od 01.03.2014. Navrhovateľka žiadala vo svojom opravnom prostriedku o priznanie vyššej miery poklesu schopnosti vykonávať zárobkovú činnosť a o spätné uznanie invalidity. V rámci preskúmavacieho konania posudkový lekár sociálneho poistenia Sociálnej poisťovne, ústredie uznal navrhovateľku invalidnou s mierou poklesu schopnosti vykonávať zárobkovú činnosť 70% od 01.08.2008. Navrhovateľka po oboznámení sa s týmto záverom oznámila odporkyni listom zo dňa 03.10.2014, že netrvá na preskúmaní rozhodnutia a následne podaním zo dňa 02.11.2014, doručeným tunajšiemu súdu dňa 04.11.2014vzala svoj návrh o preskúmanie rozhodnutia späť a konanie žiadala zastaviť. 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https://www.kauzis.sk/judikatura/r/ECLI:SK:KSTT:2014:2014200701.1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